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each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 = -8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+ 11 = 25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+ 11 = -1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- 19 = -15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- 13 = -27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- 18 = -29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- 16 = 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- 15 = -25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+ 4 = 22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+ 12 = 30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+ 14 = 9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- 9 = -14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+ 6 = 9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+ 16 = 15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 = 6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+ 11 = 21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+ 12 = 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+ 14 = -1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- 3 = -1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- 18 = -6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- 18 = 1</w:t>
            </w:r>
          </w:p>
          <w:p>
            <w:pPr>
              <w:spacing w:after="0"/>
            </w:pPr>
          </w:p>
        </w:tc>
      </w:tr>
    </w:tbl>
    <w:p>
      <w:pPr>
        <w:sectPr>
          <w:footerReference w:type="default" r:id="rId9"/>
          <w:headerReference w:type="default" r:id="rId10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each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= 47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-3x = 33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x/12 = 5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-7x = -70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-5x = 285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2x = -48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x/7 = 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x/10 = -1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-10x = 150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-9x = -153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= -100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x/6 = 6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= 31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7x = -21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12x = -432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-5x = 30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x/8 = -5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x/4 = 4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8x = 168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-9x = 153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12x = -504</w:t>
            </w:r>
          </w:p>
          <w:p>
            <w:pPr>
              <w:spacing w:after="0"/>
            </w:pPr>
          </w:p>
        </w:tc>
      </w:tr>
    </w:tbl>
    <w:p>
      <w:pPr>
        <w:sectPr>
          <w:headerReference w:type="default" r:id="rId11"/>
          <w:footerReference w:type="default" r:id="rId12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each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- 36 = -18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+ 3 = 51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- 28 = 80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+ 47 = 51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- 6 = 75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- 11 = 9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8x - 74 = -34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2x + 62 = 72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+ 55 = 71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- 5 = 15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- 51 = 57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- 6 = 26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6x - 14 = 10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- 56 = -50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- 26 = 18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2x - 33 = -23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- 38 = 52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+ 49 = 58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+ 55 = 64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2x + 15 = 21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8x - 80 = -56</w:t>
            </w:r>
          </w:p>
          <w:p>
            <w:pPr>
              <w:spacing w:after="0"/>
            </w:pPr>
          </w:p>
        </w:tc>
      </w:tr>
    </w:tbl>
    <w:p>
      <w:pPr>
        <w:sectPr>
          <w:headerReference w:type="default" r:id="rId13"/>
          <w:footerReference w:type="default" r:id="rId14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each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-2x + 65 = 45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6x - 73 = -97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10x - 15 = -75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+ 17 = 53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8x - 16 = -64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+ 88 = 85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10x + 42 = 82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7x + 18 = -17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+ 81 = 89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-4x + 35 = -1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- 5 = 50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6x + 46 = 10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-5x + 31 = 46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8x + 42 = 2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-8x - 71 = -95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-8x - 96 = -32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-8x + 64 = 40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-8x + 70 = 94</w:t>
            </w:r>
          </w:p>
          <w:p>
            <w:pPr>
              <w:spacing w:after="0"/>
            </w:pPr>
          </w:p>
        </w:tc>
      </w:tr>
      <w:tr>
        <w:trPr>
          <w:trHeight w:val="1584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-7x - 59 = -45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-7x - 29 = 13</w:t>
            </w: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4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10x - 65 = -55</w:t>
            </w:r>
          </w:p>
          <w:p>
            <w:pPr>
              <w:spacing w:after="0"/>
            </w:pPr>
          </w:p>
        </w:tc>
      </w:tr>
    </w:tbl>
    <w:p>
      <w:pPr>
        <w:sectPr>
          <w:headerReference w:type="default" r:id="rId15"/>
          <w:footerReference w:type="default" r:id="rId16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each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9x + 100 = 3x + 76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-7x + 42 = -9x + 18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-x + 54 = -5x + 90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+ 75 = 7x + 69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+ 82 = -7x + 70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-2x + 1 = -6x + 5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-8x + 28 = -9x + 37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-2x + 24 = 2x - 4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+ 87 = 4x + 85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+ 22 = 9x - 14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-9x - 90 = -8x - 83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-4x + 6 = -2x + 8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-5x + 2 = -8x + 17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- 25 = -x - 65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-9x - 43 = -5x - 75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ectPr>
          <w:headerReference w:type="default" r:id="rId17"/>
          <w:footerReference w:type="default" r:id="rId18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the multi-step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4x + 56 + 4x = 7x + 61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-2x + 24 + x = -2x + 31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- 65 - 6x = -6x - 59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-4x - 2 + 7x = -x + 6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-4x - 30 + 5x = -4x - 40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- 63 + 6x = 5x - 73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-6x + 12 - 4x = -7x + 3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-4x + 54 - 2x = -7x + 52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6x + 67 - 4x = -6x + 3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-x + 59 + 3x = 4x + 77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-2x - 89 + 6x = 3x - 85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5x - 30 - 3x = -5x - 23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246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-5x + 84 - 4x = -x + 100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3x - 19 + x = -7x - 63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6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x - 22 + 6x = x - 70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ectPr>
          <w:headerReference w:type="default" r:id="rId19"/>
          <w:footerReference w:type="default" r:id="rId20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the multi-step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4(3x - 15) = -4x - 12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2(-4x - 27) = -3x - 34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4(-4x + 13) = -6x - 28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4(4x + 25) = 3x + 87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2(5x - 21) = 6x - 66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2(-2x + 24) = 5x - 24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4(3x + 4) = 5x - 40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2(-4x - 15) = -6x - 40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2(3x + 35) = -2x + 46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3(7x + 28) = 6x + 24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4(7x - 20) = 7x - 17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5(3x - 6) = x + 40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ectPr>
          <w:headerReference w:type="default" r:id="rId21"/>
          <w:footerReference w:type="default" r:id="rId22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0" w:after="60"/>
      </w:pPr>
      <w:r/>
      <w:r>
        <w:rPr>
          <w:rFonts w:ascii="Calisto MT" w:hAnsi="Calisto MT" w:eastAsia="Calisto MT"/>
          <w:b/>
          <w:i w:val="0"/>
          <w:sz w:val="20"/>
        </w:rPr>
        <w:t>Directions: Solve the multi-step equation.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7(x - 14) + 6x = -4x + 21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2(x - 37) + 6x = 2x - 2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3(7x - 21) + x = 7x - 48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3(-4x + 21) + x = -2x + 81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6(-x - 5) + 7x = -4x + 30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4(-2x + 18) + 7x = -3x + 64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2(-x - 13) + 2x = -3x - 50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4(x + 12) + 3x = -2x + 102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3(2x - 3) - 4x = 3x - 18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  <w:tr>
        <w:trPr>
          <w:trHeight w:val="2808" w:hRule="atLeast"/>
          <w:cantSplit/>
        </w:trPr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6(3x + 14) + 2x = -2x - 70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3(-x - 24) + 7x = -7x - 105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  <w:tc>
          <w:tcPr>
            <w:tcW w:type="dxa" w:w="3671"/>
            <w:vAlign w:val="top"/>
            <w:tcMar>
              <w:top w:w="0" w:type="dxa"/>
              <w:start w:w="55" w:type="dxa"/>
              <w:bottom w:w="75" w:type="dxa"/>
              <w:end w:w="55" w:type="dxa"/>
            </w:tcMar>
          </w:tcPr>
          <w:p>
            <w:pPr>
              <w:tabs>
                <w:tab w:pos="1835" w:val="center"/>
              </w:tabs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ab/>
            </w:r>
            <w:r>
              <w:rPr>
                <w:rFonts w:ascii="Cambria Math" w:hAnsi="Cambria Math" w:eastAsia="Cambria Math"/>
                <w:b w:val="0"/>
                <w:sz w:val="22"/>
              </w:rPr>
              <w:t>6(2x - 6) + x = 3x - 116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pPr>
        <w:sectPr>
          <w:headerReference w:type="default" r:id="rId23"/>
          <w:footerReference w:type="default" r:id="rId24"/>
          <w:pgSz w:w="12240" w:h="15840"/>
          <w:pgMar w:top="864" w:right="432" w:bottom="504" w:left="432" w:header="0" w:footer="173" w:gutter="0"/>
          <w:cols w:space="720"/>
          <w:docGrid w:linePitch="360"/>
        </w:sectPr>
      </w:pPr>
    </w:p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1: One-Step Equations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-12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18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18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7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-15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19</w:t>
            </w:r>
          </w:p>
        </w:tc>
      </w:tr>
    </w:tbl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2: One-Step Equations: Multiply &amp; Divide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60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-24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-15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-42</w:t>
            </w:r>
          </w:p>
        </w:tc>
      </w:tr>
    </w:tbl>
    <w:p>
      <w:r>
        <w:br w:type="page"/>
      </w:r>
    </w:p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3: Two-Step Equations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8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</w:tr>
    </w:tbl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4: Two-Step Equations with Integers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</w:tr>
    </w:tbl>
    <w:p>
      <w:r>
        <w:br w:type="page"/>
      </w:r>
    </w:p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5: Variables on Both Sides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-10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8</w:t>
            </w:r>
          </w:p>
        </w:tc>
      </w:tr>
    </w:tbl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6: Combining Like Terms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6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-5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-9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</w:tr>
    </w:tbl>
    <w:p>
      <w:r>
        <w:br w:type="page"/>
      </w:r>
    </w:p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7: Distribution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8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-1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-6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8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5</w:t>
            </w:r>
          </w:p>
        </w:tc>
      </w:tr>
    </w:tbl>
    <w:p>
      <w:pPr>
        <w:spacing w:before="80" w:after="60"/>
        <w:jc w:val="left"/>
      </w:pPr>
      <w:r/>
      <w:r>
        <w:rPr>
          <w:rFonts w:ascii="Calisto MT" w:hAnsi="Calisto MT" w:eastAsia="Calisto MT"/>
          <w:b/>
          <w:i w:val="0"/>
          <w:sz w:val="22"/>
        </w:rPr>
        <w:t>Sheet 8: Distribution &amp; Combining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792"/>
        <w:gridCol w:w="3792"/>
        <w:gridCol w:w="3792"/>
      </w:tblGrid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3.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4.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5.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12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6.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-4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7.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8.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6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9.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9</w:t>
            </w:r>
          </w:p>
        </w:tc>
      </w:tr>
      <w:tr>
        <w:trPr>
          <w:trHeight w:val="490" w:hRule="atLeast"/>
          <w:cantSplit/>
        </w:trPr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10.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-7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11.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-3</w:t>
            </w:r>
          </w:p>
        </w:tc>
        <w:tc>
          <w:tcPr>
            <w:tcW w:type="dxa" w:w="3671"/>
            <w:vAlign w:val="top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sto MT" w:hAnsi="Calisto MT" w:eastAsia="Calisto MT"/>
                <w:b/>
                <w:sz w:val="20"/>
              </w:rPr>
              <w:t>12.</w:t>
            </w:r>
            <w:r>
              <w:t xml:space="preserve"> </w:t>
            </w:r>
            <w:r>
              <w:rPr>
                <w:rFonts w:ascii="Cambria Math" w:hAnsi="Cambria Math" w:eastAsia="Cambria Math"/>
                <w:b w:val="0"/>
                <w:sz w:val="20"/>
              </w:rPr>
              <w:t>x = -8</w:t>
            </w:r>
          </w:p>
        </w:tc>
      </w:tr>
    </w:tbl>
    <w:sectPr w:rsidR="00FC693F" w:rsidRPr="0006063C" w:rsidSect="00034616">
      <w:headerReference w:type="default" r:id="rId25"/>
      <w:footerReference w:type="default" r:id="rId26"/>
      <w:pgSz w:w="12240" w:h="15840"/>
      <w:pgMar w:top="864" w:right="432" w:bottom="504" w:left="432" w:header="0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footer9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sto MT" w:hAnsi="Calisto MT" w:eastAsia="Calisto MT"/>
        <w:b w:val="0"/>
        <w:i w:val="0"/>
        <w:color w:val="787878"/>
        <w:sz w:val="20"/>
      </w:rPr>
      <w:t>© 2026 J. Will | IDV Independent Variable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One-Step Equations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One-Step Equations: Multiply &amp; Divide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Two-Step Equations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Two-Step Equations with Integers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Variables on Both Sides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Combining Like Terms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7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Distribution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8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Distribution &amp; Combining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header9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688"/>
      <w:gridCol w:w="5688"/>
    </w:tblGrid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lef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Name_____________________________   Per____   Due____</w:t>
          </w:r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/>
              <w:sz w:val="32"/>
            </w:rPr>
            <w:t>Answer Keys</w:t>
          </w:r>
        </w:p>
      </w:tc>
    </w:tr>
    <w:tr>
      <w:trPr>
        <w:trHeight w:val="288" w:hRule="atLeast"/>
      </w:trPr>
      <w:tc>
        <w:tcPr>
          <w:tcW w:type="dxa" w:w="5760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</w:pPr>
          <w:r/>
        </w:p>
      </w:tc>
      <w:tc>
        <w:tcPr>
          <w:tcW w:type="dxa" w:w="5615"/>
          <w:vAlign w:val="bottom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40" w:lineRule="auto"/>
            <w:jc w:val="right"/>
          </w:pPr>
          <w:r/>
          <w:r>
            <w:rPr>
              <w:rFonts w:ascii="Calisto MT" w:hAnsi="Calisto MT" w:eastAsia="Calisto MT"/>
              <w:b w:val="0"/>
              <w:i w:val="0"/>
              <w:sz w:val="20"/>
            </w:rPr>
            <w:t>idvworksheets.com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Relationship Id="rId21" Type="http://schemas.openxmlformats.org/officeDocument/2006/relationships/header" Target="header7.xml"/><Relationship Id="rId22" Type="http://schemas.openxmlformats.org/officeDocument/2006/relationships/footer" Target="footer7.xml"/><Relationship Id="rId23" Type="http://schemas.openxmlformats.org/officeDocument/2006/relationships/header" Target="header8.xml"/><Relationship Id="rId24" Type="http://schemas.openxmlformats.org/officeDocument/2006/relationships/footer" Target="footer8.xml"/><Relationship Id="rId25" Type="http://schemas.openxmlformats.org/officeDocument/2006/relationships/header" Target="header9.xml"/><Relationship Id="rId26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