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  <w:jc w:val="left"/>
      </w:pPr>
      <w:r/>
      <w:r>
        <w:rPr>
          <w:rFonts w:ascii="Calisto MT" w:hAnsi="Calisto MT" w:eastAsia="Calisto MT"/>
          <w:b/>
          <w:i w:val="0"/>
          <w:sz w:val="20"/>
        </w:rPr>
        <w:t>Directions: Write the equation shown by each hanger, then solve for x.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92"/>
        <w:gridCol w:w="3792"/>
        <w:gridCol w:w="3792"/>
      </w:tblGrid>
      <w:tr>
        <w:trPr>
          <w:trHeight w:val="280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33856" cy="10972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wzoutrc7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856" cy="10972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33856" cy="131673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_rf_fa8_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856" cy="131673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33856" cy="109728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m3_zct0p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856" cy="10972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280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4.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33856" cy="877824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dy92ynyq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856" cy="87782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5.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33856" cy="109728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c49lm0pu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856" cy="10972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6.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33856" cy="109728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7wv_b0b_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856" cy="10972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280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7.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33856" cy="877824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ekkevg1j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856" cy="87782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8.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33856" cy="877824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bxdy3k01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856" cy="87782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9.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33856" cy="877824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_3b05z6m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856" cy="87782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pageBreakBefore/>
        <w:spacing w:before="0" w:after="0" w:line="20" w:lineRule="exact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92"/>
        <w:gridCol w:w="3792"/>
        <w:gridCol w:w="3792"/>
      </w:tblGrid>
      <w:tr>
        <w:trPr>
          <w:trHeight w:val="374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10.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64592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bhf0ju6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645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11.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92024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sgt2getu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920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12.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92024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srxstd4r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920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374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13.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64592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fx79wehq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645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14.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92024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4bjpigp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920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15.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92024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5w0mq3p1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920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374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16.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92024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v369897n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920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17.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92024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elnm0okx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920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18.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3716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gnkquaqp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pageBreakBefore/>
        <w:spacing w:before="0" w:after="0" w:line="20" w:lineRule="exact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92"/>
        <w:gridCol w:w="3792"/>
        <w:gridCol w:w="3792"/>
      </w:tblGrid>
      <w:tr>
        <w:trPr>
          <w:trHeight w:val="374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19.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64592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_6_eucvs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645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20.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92024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8txcprxq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920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21.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92024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u_pvq7vm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920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374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22.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92024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n7k_x00h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920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23.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92024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wd3jmz12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920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24.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92024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ne0nbko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920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374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25.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92024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pg6ctcmw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920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26.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92024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d4y13k7o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920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180" w:lineRule="exact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27.</w:t>
            </w:r>
            <w:r>
              <w:tab/>
            </w:r>
          </w:p>
          <w:p>
            <w:pPr>
              <w:spacing w:before="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64592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9niv8slw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645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r>
        <w:br w:type="page"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376"/>
      </w:tblGrid>
      <w:tr>
        <w:tc>
          <w:tcPr>
            <w:tcW w:type="dxa" w:w="11016"/>
          </w:tcPr>
          <w:p>
            <w:pPr>
              <w:spacing w:before="80"/>
              <w:jc w:val="left"/>
            </w:pPr>
            <w:r>
              <w:rPr>
                <w:rFonts w:ascii="Calisto MT" w:hAnsi="Calisto MT"/>
                <w:b/>
                <w:sz w:val="26"/>
              </w:rPr>
              <w:t>Make your own in seconds</w:t>
            </w:r>
          </w:p>
          <w:p>
            <w:pPr>
              <w:jc w:val="left"/>
            </w:pPr>
            <w:r>
              <w:rPr>
                <w:rFonts w:ascii="Calisto MT" w:hAnsi="Calisto MT"/>
                <w:b w:val="0"/>
                <w:sz w:val="20"/>
              </w:rPr>
              <w:t>This pack was made with IDV Worksheets. In the app you can: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Make a whole worksheet of one problem type, or mix two, three or more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Add problems from any other topic to the same sheet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Pick Easy, Medium or Hard, and how many problems you want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Get brand-new problems and a matching answer key every time you click</w:t>
            </w:r>
          </w:p>
          <w:p>
            <w:pPr>
              <w:spacing w:before="120" w:after="80"/>
              <w:jc w:val="left"/>
            </w:pPr>
            <w:r>
              <w:rPr>
                <w:rFonts w:ascii="Calisto MT" w:hAnsi="Calisto MT"/>
                <w:b/>
                <w:sz w:val="20"/>
              </w:rPr>
              <w:t xml:space="preserve">Try it free for 2 days, no credit card: </w:t>
            </w:r>
            <w:hyperlink r:id="rId38">
              <w:r>
                <w:rPr>
                  <w:rFonts w:ascii="Calisto MT" w:hAnsi="Calisto MT"/>
                  <w:b/>
                  <w:color w:val="5E9A1F"/>
                  <w:sz w:val="20"/>
                  <w:u w:val="single"/>
                </w:rPr>
                <w:t>app.idvworksheets.com</w:t>
              </w:r>
            </w:hyperlink>
          </w:p>
        </w:tc>
      </w:tr>
    </w:tbl>
    <w:p>
      <w:pPr>
        <w:spacing w:after="0"/>
      </w:pPr>
    </w:p>
    <w:p>
      <w:pPr>
        <w:spacing w:before="0" w:after="120"/>
        <w:jc w:val="center"/>
      </w:pPr>
      <w:r/>
      <w:r>
        <w:rPr>
          <w:rFonts w:ascii="Calisto MT" w:hAnsi="Calisto MT" w:eastAsia="Calisto MT"/>
          <w:b/>
          <w:i w:val="0"/>
          <w:sz w:val="28"/>
        </w:rPr>
        <w:t>Answer Key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92"/>
        <w:gridCol w:w="3792"/>
        <w:gridCol w:w="3792"/>
      </w:tblGrid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3x = 6; x = 2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4x = 4; x = 1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 + 11 = 16; x = 5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4.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 + 3 = 9; x = 6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5.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 + 9 = 12; x = 3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6.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15 = 3x; x = 5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7.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8 = x + 5; x = 3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8.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7 = x + 3; x = 4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9.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7 = x + 4; x = 3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10.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21 = 3x + 6; x = 5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11.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2x + 5 = 17; x = 6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12.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3x + 7 = 10; x = 1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13.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11 = 3x + 5; x = 2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14.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2x + 6 = 26; x = 10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15.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20 = 2x + 6; x = 7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16.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3x + 10 = 22; x = 4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17.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19 = 2x + 3; x = 8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18.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2x + 5 = 11; x = 3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19.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3x + 4 = x + 16; x = 6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20.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4x + 5 = x + 17; x = 4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21.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 + 8 = 4x + 5; x = 1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22.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4x + 4 = x + 10; x = 2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23.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4x + 5 = 2x + 11; x = 3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24.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 + 12 = 4x + 3; x = 3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25.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2x + 13 = 4x + 3; x = 5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26.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4x + 6 = 2x + 18; x = 6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27.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3x + 3 = x + 9; x = 3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2240" w:h="15840"/>
      <w:pgMar w:top="864" w:right="432" w:bottom="504" w:left="432" w:header="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Rule="exact" w:line="170"/>
      <w:jc w:val="right"/>
    </w:pPr>
    <w:r>
      <w:rPr>
        <w:rFonts w:ascii="Calisto MT" w:hAnsi="Calisto MT" w:eastAsia="Calisto MT"/>
        <w:b w:val="0"/>
        <w:i w:val="0"/>
        <w:color w:val="787878"/>
        <w:sz w:val="20"/>
      </w:rPr>
      <w:t>© 2026 J. Will | IDV Independent Variable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</w:pPr>
    <w:r/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688"/>
      <w:gridCol w:w="5688"/>
    </w:tblGrid>
    <w:tr>
      <w:trPr>
        <w:trHeight w:val="288" w:hRule="atLeast"/>
      </w:trPr>
      <w:tc>
        <w:tcPr>
          <w:tcW w:type="dxa" w:w="5760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sto MT" w:hAnsi="Calisto MT" w:eastAsia="Calisto MT"/>
              <w:b w:val="0"/>
              <w:i w:val="0"/>
              <w:sz w:val="20"/>
            </w:rPr>
            <w:t>Name_____________________________   Per____   Due____</w:t>
          </w:r>
        </w:p>
      </w:tc>
      <w:tc>
        <w:tcPr>
          <w:tcW w:type="dxa" w:w="5615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sto MT" w:hAnsi="Calisto MT" w:eastAsia="Calisto MT"/>
              <w:b/>
              <w:sz w:val="32"/>
            </w:rPr>
            <w:t>Hanger Diagrams</w:t>
          </w:r>
        </w:p>
      </w:tc>
    </w:tr>
    <w:tr>
      <w:trPr>
        <w:trHeight w:val="288" w:hRule="atLeast"/>
      </w:trPr>
      <w:tc>
        <w:tcPr>
          <w:tcW w:type="dxa" w:w="5760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</w:pPr>
          <w:r/>
        </w:p>
      </w:tc>
      <w:tc>
        <w:tcPr>
          <w:tcW w:type="dxa" w:w="5615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</w:pPr>
          <w:r/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hyperlink" Target="https://app.idvworksheet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