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ab/>
            </w:r>
            <w:r>
              <w:rPr>
                <w:rFonts w:ascii="Cambria Math" w:hAnsi="Cambria Math" w:eastAsia="Cambria Math"/>
                <w:sz w:val="20"/>
              </w:rPr>
              <w:t>(⁠x +⁠ 6⁠)</w:t>
            </w:r>
            <w:r>
              <w:rPr>
                <w:rFonts w:ascii="Cambria Math" w:hAnsi="Cambria Math" w:eastAsia="Cambria Math"/>
                <w:sz w:val="20"/>
              </w:rPr>
              <w:t>(⁠x +⁠ 1⁠)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50672" cy="15544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tw06t7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672" cy="1554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ab/>
            </w:r>
            <w:r>
              <w:rPr>
                <w:rFonts w:ascii="Cambria Math" w:hAnsi="Cambria Math" w:eastAsia="Cambria Math"/>
                <w:sz w:val="20"/>
              </w:rPr>
              <w:t>(⁠x +⁠ 9⁠)</w:t>
            </w:r>
            <w:r>
              <w:rPr>
                <w:rFonts w:ascii="Cambria Math" w:hAnsi="Cambria Math" w:eastAsia="Cambria Math"/>
                <w:sz w:val="20"/>
              </w:rPr>
              <w:t>(⁠x +⁠ 5⁠)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12703" cy="15544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7hf49ai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703" cy="1554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2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ab/>
            </w:r>
            <w:r>
              <w:rPr>
                <w:rFonts w:ascii="Cambria Math" w:hAnsi="Cambria Math" w:eastAsia="Cambria Math"/>
                <w:sz w:val="20"/>
              </w:rPr>
              <w:t>(⁠x +⁠ 3⁠)</w:t>
            </w:r>
            <w:r>
              <w:rPr>
                <w:rFonts w:ascii="Cambria Math" w:hAnsi="Cambria Math" w:eastAsia="Cambria Math"/>
                <w:sz w:val="20"/>
              </w:rPr>
              <w:t>(⁠x +⁠ 3⁠)</w:t>
            </w:r>
          </w:p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24099" cy="15544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7hx2nt_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99" cy="1554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4. Factor the quadratic. Then solve.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- 8x = -12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5. Factor the quadratic. Then solve.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- 5x = -6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6. Factor the quadratic. Then solve.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- 12x + 27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7. Factor the quadratic. Then solve.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+ 5x = -6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8. Factor the quadratic. Then solve.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- 2x = 63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9. Factor the quadratic. Then solve.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x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10. Solve using square roots.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(x - 8)² = 36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11. Solve using square roots.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(x - 2)² = 25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12. Solve using square roots.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(x - 3)² = 36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13. Solve by completing the square.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- 6x - 40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14. Solve by completing the square.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- 4x - 32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15. Solve by completing the square.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- 14x + 45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16. Solve using the quadratic formula.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- 6x + 6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17. Solve using the quadratic formula.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+ 2x - 5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18. Solve using the quadratic formula.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x² - 5x - 4 = 0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280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19. Identify: Vertex, Axis of Symmetry, x-intercepts.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f(x) = -x² + 12x - 35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20. Identify: Vertex, Axis of Symmetry, x-intercepts.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f(x) = x² - 4x - 12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75" w:type="dxa"/>
              <w:end w:w="55" w:type="dxa"/>
            </w:tcMar>
          </w:tcPr>
          <w:p>
            <w:pPr>
              <w:spacing w:before="0" w:after="20"/>
              <w:jc w:val="left"/>
            </w:pPr>
            <w:r/>
            <w:r>
              <w:rPr>
                <w:rFonts w:ascii="Calisto MT" w:hAnsi="Calisto MT" w:eastAsia="Calisto MT"/>
                <w:b/>
                <w:i w:val="0"/>
                <w:sz w:val="20"/>
              </w:rPr>
              <w:t>21. Identify: Vertex, Axis of Symmetry, x-intercepts.</w:t>
            </w:r>
          </w:p>
          <w:p>
            <w:pPr>
              <w:tabs>
                <w:tab w:pos="432" w:val="left"/>
              </w:tabs>
              <w:spacing w:before="0" w:after="0" w:line="240" w:lineRule="auto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2"/>
              </w:rPr>
              <w:t>f(x) = x² + 2x - 35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424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60" w:type="dxa"/>
              <w:end w:w="55" w:type="dxa"/>
            </w:tcMar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gnxovi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is the vertex?</w:t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are the zeros?</w:t>
            </w: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60" w:type="dxa"/>
              <w:end w:w="55" w:type="dxa"/>
            </w:tcMar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64nmij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is the vertex?</w:t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are the zeros?</w:t>
            </w: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60" w:type="dxa"/>
              <w:end w:w="55" w:type="dxa"/>
            </w:tcMar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c74l_a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is the vertex?</w:t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are the zeros?</w:t>
            </w: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424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60" w:type="dxa"/>
              <w:end w:w="55" w:type="dxa"/>
            </w:tcMar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_rm16kz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is the vertex?</w:t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are the zeros?</w:t>
            </w: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60" w:type="dxa"/>
              <w:end w:w="55" w:type="dxa"/>
            </w:tcMar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emyk6hm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is the vertex?</w:t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are the zeros?</w:t>
            </w: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60" w:type="dxa"/>
              <w:end w:w="55" w:type="dxa"/>
            </w:tcMar>
          </w:tcPr>
          <w:p>
            <w:pPr>
              <w:spacing w:before="0" w:after="4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  </w:t>
            </w: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jsv760r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is the vertex?</w:t>
            </w:r>
          </w:p>
          <w:p>
            <w:pPr>
              <w:spacing w:before="40" w:after="200"/>
              <w:jc w:val="left"/>
            </w:pPr>
            <w:r/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are the zeros?</w:t>
            </w: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  <w:tr>
        <w:trPr>
          <w:trHeight w:val="4248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11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28.</w:t>
            </w:r>
            <w:r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Casey fires a dart during a Nerf blaster battle in the backyard. The height of the dart, in feet, after t seconds is modeled by the equation below.</w:t>
            </w:r>
          </w:p>
          <w:p>
            <w:pPr>
              <w:spacing w:before="0" w:after="0"/>
              <w:ind w:left="374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h(t) = -4t² + 16t + 20</w:t>
            </w:r>
          </w:p>
          <w:p>
            <w:pPr>
              <w:spacing w:before="0" w:after="0"/>
              <w:ind w:left="374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Find the maximum height, the time of the maximum height, and when it hits the ground.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11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29.</w:t>
            </w:r>
            <w:r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Alex has 20 feet of fencing to build a rectangular rabbit pen. The area is A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(⁠w⁠)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= w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(⁠10 -⁠ w⁠)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, where w is the width.</w:t>
            </w:r>
          </w:p>
          <w:p>
            <w:pPr>
              <w:spacing w:before="0" w:after="0"/>
              <w:ind w:left="374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width gives the largest area, and what is that area?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110" w:type="dxa"/>
              <w:end w:w="55" w:type="dxa"/>
            </w:tcMar>
          </w:tcPr>
          <w:p>
            <w:pPr>
              <w:tabs>
                <w:tab w:pos="1836" w:val="center"/>
              </w:tabs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30.</w:t>
            </w:r>
            <w:r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Riley tests a catapult built for a physics project. The height of the launched ball, in feet, after t seconds is modeled by the equation below.</w:t>
            </w:r>
          </w:p>
          <w:p>
            <w:pPr>
              <w:spacing w:before="0" w:after="0"/>
              <w:ind w:left="374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h(t) = -3t² + 6t + 24</w:t>
            </w:r>
          </w:p>
          <w:p>
            <w:pPr>
              <w:spacing w:before="0" w:after="0"/>
              <w:ind w:left="374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Find the starting height and when it hits the ground.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76"/>
      </w:tblGrid>
      <w:tr>
        <w:tc>
          <w:tcPr>
            <w:tcW w:type="dxa" w:w="11016"/>
          </w:tcPr>
          <w:p>
            <w:pPr>
              <w:spacing w:before="80"/>
              <w:jc w:val="left"/>
            </w:pPr>
            <w:r>
              <w:rPr>
                <w:rFonts w:ascii="Calisto MT" w:hAnsi="Calisto MT"/>
                <w:b/>
                <w:sz w:val="26"/>
              </w:rPr>
              <w:t>Make your own in seconds</w:t>
            </w:r>
          </w:p>
          <w:p>
            <w:pPr>
              <w:jc w:val="left"/>
            </w:pPr>
            <w:r>
              <w:rPr>
                <w:rFonts w:ascii="Calisto MT" w:hAnsi="Calisto MT"/>
                <w:b w:val="0"/>
                <w:sz w:val="20"/>
              </w:rPr>
              <w:t>This pack was made with IDV Worksheets. In the app you can: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Make a whole worksheet of one problem type, or mix two, three or more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Add problems from any other topic to the same sheet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Pick Easy, Medium or Hard, and how many problems you want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Get brand-new problems and a matching answer key every time you click</w:t>
            </w:r>
          </w:p>
          <w:p>
            <w:pPr>
              <w:spacing w:before="120" w:after="80"/>
              <w:jc w:val="left"/>
            </w:pPr>
            <w:r>
              <w:rPr>
                <w:rFonts w:ascii="Calisto MT" w:hAnsi="Calisto MT"/>
                <w:b/>
                <w:sz w:val="20"/>
              </w:rPr>
              <w:t xml:space="preserve">Try it free for 2 days, no credit card: </w:t>
            </w:r>
            <w:hyperlink r:id="rId20">
              <w:r>
                <w:rPr>
                  <w:rFonts w:ascii="Calisto MT" w:hAnsi="Calisto MT"/>
                  <w:b/>
                  <w:color w:val="5E9A1F"/>
                  <w:sz w:val="20"/>
                  <w:u w:val="single"/>
                </w:rPr>
                <w:t>app.idvworksheets.com</w:t>
              </w:r>
            </w:hyperlink>
          </w:p>
        </w:tc>
      </w:tr>
    </w:tbl>
    <w:p>
      <w:pPr>
        <w:spacing w:after="0"/>
      </w:pPr>
    </w:p>
    <w:p>
      <w:pPr>
        <w:spacing w:before="0" w:after="120"/>
        <w:jc w:val="center"/>
      </w:pPr>
      <w:r/>
      <w:r>
        <w:rPr>
          <w:rFonts w:ascii="Calisto MT" w:hAnsi="Calisto MT" w:eastAsia="Calisto MT"/>
          <w:b/>
          <w:i w:val="0"/>
          <w:sz w:val="28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x² + 7x + 6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x² + 14x + 45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x² + 6x + 9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2; x = 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2; x = 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3; x = 9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-3; x = -2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-7; x = 9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0; x = 1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14; x = 2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7; x = -3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9; x = -3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10; x = -4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8; x = -4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9; x = 5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3 ± √3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-1 ± √6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x = (5 ± √41) / 2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(6, 1); Zeros (5, 0), (7, 0); Axis of Symmetry x = 6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(2, -16); Zeros (-2, 0), (6, 0); Axis of Symmetry x = 2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(-1, -36); Zeros (-7, 0), (5, 0); Axis of Symmetry x = -1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(-3, -1); Zeros (-4, 0), (-2,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(1, -1); Zeros (0, 0), (2,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(-2, 4); Zeros (-4, 0), (0, 0)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(0, -9); Zeros (-3, 0), (3,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(-8, -1); Zeros (-9, 0), (-7,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Vertex (4, 4); Zeros (2, 0), (6, 0)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Max height 36; time 2; hits the ground at t = 5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Width 5 feet; largest area 25 square feet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Starting height 24 feet; hits the ground at t = 4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64" w:right="432" w:bottom="504" w:left="432" w:header="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170"/>
      <w:jc w:val="right"/>
    </w:pPr>
    <w:r>
      <w:rPr>
        <w:rFonts w:ascii="Calisto MT" w:hAnsi="Calisto MT" w:eastAsia="Calisto MT"/>
        <w:b w:val="0"/>
        <w:i w:val="0"/>
        <w:color w:val="787878"/>
        <w:sz w:val="20"/>
      </w:rPr>
      <w:t>© 2026 J. Will | IDV Independent Variable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88"/>
      <w:gridCol w:w="5688"/>
    </w:tblGrid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sto MT" w:hAnsi="Calisto MT" w:eastAsia="Calisto MT"/>
              <w:b w:val="0"/>
              <w:i w:val="0"/>
              <w:sz w:val="20"/>
            </w:rPr>
            <w:t>Name_____________________________   Per____   Due____</w:t>
          </w:r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sto MT" w:hAnsi="Calisto MT" w:eastAsia="Calisto MT"/>
              <w:b/>
              <w:sz w:val="32"/>
            </w:rPr>
            <w:t>Quadratics</w:t>
          </w:r>
        </w:p>
      </w:tc>
    </w:tr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hyperlink" Target="https://app.idvworkshe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