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left"/>
      </w:pPr>
      <w:r/>
      <w:r>
        <w:rPr>
          <w:rFonts w:ascii="Calisto MT" w:hAnsi="Calisto MT" w:eastAsia="Calisto MT"/>
          <w:b/>
          <w:i w:val="0"/>
          <w:sz w:val="20"/>
        </w:rPr>
        <w:t>Directions: Use rigid transformations on the coordinate plane.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Translate the figure right 5 and up 4. Write the coordinates of the image.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2334y5u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Translate the figure left 4 and up 2. Write the coordinates of the image.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pxzgdv4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Translate the figure left 5 and up 5. Write the coordinates of the image.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w_qzavv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Reflect the figure across the y-axis. Write the coordinates of the image.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cn3hm7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5.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Reflect the figure across the y-axis. Write the coordinates of the image.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0fr6tr3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6.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Reflect the figure across the x-axis. Write the coordinates of the image.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b90w__6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7.</w:t>
            </w:r>
            <w:r>
              <w:t xml:space="preserve">   </w:t>
            </w:r>
            <w:r>
              <w:rPr>
                <w:rFonts w:ascii="Cambria Math" w:hAnsi="Cambria Math" w:eastAsia="Cambria Math"/>
                <w:b w:val="0"/>
                <w:sz w:val="20"/>
              </w:rPr>
              <w:t>Reflect the figure across the y = -x. Write the coordinates of the image.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qx4fg97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8.</w:t>
            </w:r>
            <w:r>
              <w:t xml:space="preserve">   </w:t>
            </w:r>
            <w:r>
              <w:rPr>
                <w:rFonts w:ascii="Cambria Math" w:hAnsi="Cambria Math" w:eastAsia="Cambria Math"/>
                <w:b w:val="0"/>
                <w:sz w:val="20"/>
              </w:rPr>
              <w:t>Reflect the figure across the y = x. Write the coordinates of the image.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0kyerwm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9.</w:t>
            </w:r>
            <w:r>
              <w:t xml:space="preserve">   </w:t>
            </w:r>
            <w:r>
              <w:rPr>
                <w:rFonts w:ascii="Cambria Math" w:hAnsi="Cambria Math" w:eastAsia="Cambria Math"/>
                <w:b w:val="0"/>
                <w:sz w:val="20"/>
              </w:rPr>
              <w:t>Reflect the figure across the y = -x. Write the coordinates of the image.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r2sqjyh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10.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Rotate the figure 270° </w:t>
            </w:r>
            <w:r>
              <w:rPr>
                <w:rFonts w:ascii="Calisto MT" w:hAnsi="Calisto MT" w:eastAsia="Calisto MT"/>
                <w:b/>
                <w:i w:val="0"/>
                <w:sz w:val="20"/>
              </w:rPr>
              <w:t>CCW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 about the origin. Write the coordinates of the image.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utg1944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11.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Rotate the figure 270° </w:t>
            </w:r>
            <w:r>
              <w:rPr>
                <w:rFonts w:ascii="Calisto MT" w:hAnsi="Calisto MT" w:eastAsia="Calisto MT"/>
                <w:b/>
                <w:i w:val="0"/>
                <w:sz w:val="20"/>
              </w:rPr>
              <w:t>CCW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 about the origin. Write the coordinates of the image.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4ke_7iit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12.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Rotate the figure 180° </w:t>
            </w:r>
            <w:r>
              <w:rPr>
                <w:rFonts w:ascii="Calisto MT" w:hAnsi="Calisto MT" w:eastAsia="Calisto MT"/>
                <w:b/>
                <w:i w:val="0"/>
                <w:sz w:val="20"/>
              </w:rPr>
              <w:t>CW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 about the origin. Write the coordinates of the image.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8tkj3n0b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ageBreakBefore/>
        <w:spacing w:before="0" w:after="0" w:line="20" w:lineRule="exac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13.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Identify the rigid transformation shown on the graph.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4519" cy="18745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hxf1nq9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14.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Identify the rigid transformation shown on the graph.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4519" cy="1874519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o4m5tp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15.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Identify the rigid transformation shown on the graph.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4519" cy="1874519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q_yknps1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16.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Identify the rigid transformation shown on the graph.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4519" cy="187451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6qz9fmj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17.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Identify the rigid transformation shown on the graph.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4519" cy="1874519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ixoz4mv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18.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Identify the rigid transformation shown on the graph.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4519" cy="1874519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5lovgq8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19.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Quadrilateral ABCD was reflected. Which line in the image corresponds to line DA?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4vhc7ag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20.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Triangle ABC was rotated. Which image angle corresponds to angle B?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tz81m2bh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21.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Quadrilateral ABCD was translated. What stays the same: side lengths, angle measures, or both?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8x4we9z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22.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Quadrilateral ABCD was translated. What stays the same: side lengths, angle measures, or both?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hx31m87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23.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Quadrilateral ABCD was translated. Which line in the image corresponds to line AB?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ti7n98y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24.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Quadrilateral ABCD was rotated. Which image point corresponds to point B?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sg99t4k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ageBreakBefore/>
        <w:spacing w:before="0" w:after="0" w:line="20" w:lineRule="exac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4032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25.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Point A starts at </w:t>
            </w:r>
            <w:r>
              <w:rPr>
                <w:rFonts w:ascii="Cambria Math" w:hAnsi="Cambria Math" w:eastAsia="Cambria Math"/>
                <w:sz w:val="20"/>
              </w:rPr>
              <w:t>(⁠1,⁠ 4⁠)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.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1) reflect over the x-axis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2) rotate 180° </w:t>
            </w:r>
            <w:r>
              <w:rPr>
                <w:rFonts w:ascii="Calisto MT" w:hAnsi="Calisto MT" w:eastAsia="Calisto MT"/>
                <w:b/>
                <w:i w:val="0"/>
                <w:sz w:val="20"/>
              </w:rPr>
              <w:t>CCW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3) translate right 3 and down 4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4) rotate 270° </w:t>
            </w:r>
            <w:r>
              <w:rPr>
                <w:rFonts w:ascii="Calisto MT" w:hAnsi="Calisto MT" w:eastAsia="Calisto MT"/>
                <w:b/>
                <w:i w:val="0"/>
                <w:sz w:val="20"/>
              </w:rPr>
              <w:t>CW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Write the final point.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5ymz_8i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26.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Point A starts at </w:t>
            </w:r>
            <w:r>
              <w:rPr>
                <w:rFonts w:ascii="Cambria Math" w:hAnsi="Cambria Math" w:eastAsia="Cambria Math"/>
                <w:sz w:val="20"/>
              </w:rPr>
              <w:t>(⁠-⁠4,⁠ -⁠2⁠)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.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1) reflect over the y-axis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2) translate left 4 and up 6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3) rotate 90° </w:t>
            </w:r>
            <w:r>
              <w:rPr>
                <w:rFonts w:ascii="Calisto MT" w:hAnsi="Calisto MT" w:eastAsia="Calisto MT"/>
                <w:b/>
                <w:i w:val="0"/>
                <w:sz w:val="20"/>
              </w:rPr>
              <w:t>CCW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4) reflect over the x-axis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Write the final point.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f38q0s7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27.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Point A starts at </w:t>
            </w:r>
            <w:r>
              <w:rPr>
                <w:rFonts w:ascii="Cambria Math" w:hAnsi="Cambria Math" w:eastAsia="Cambria Math"/>
                <w:sz w:val="20"/>
              </w:rPr>
              <w:t>(⁠2,⁠ -⁠2⁠)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.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1) translate left 3 and up 4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2) rotate 90° </w:t>
            </w:r>
            <w:r>
              <w:rPr>
                <w:rFonts w:ascii="Calisto MT" w:hAnsi="Calisto MT" w:eastAsia="Calisto MT"/>
                <w:b/>
                <w:i w:val="0"/>
                <w:sz w:val="20"/>
              </w:rPr>
              <w:t>CCW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3) reflect over the x-axis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4) rotate 270° </w:t>
            </w:r>
            <w:r>
              <w:rPr>
                <w:rFonts w:ascii="Calisto MT" w:hAnsi="Calisto MT" w:eastAsia="Calisto MT"/>
                <w:b/>
                <w:i w:val="0"/>
                <w:sz w:val="20"/>
              </w:rPr>
              <w:t>CCW</w:t>
            </w:r>
          </w:p>
          <w:p>
            <w:pPr>
              <w:spacing w:before="0" w:after="0" w:line="228" w:lineRule="auto"/>
              <w:ind w:left="230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Write the final point.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_6mkcuf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28.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figure below was transformed by two rigid motions. Identify both transformations.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6f37umvs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29.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figure below was transformed by two rigid motions. Identify both transformations.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h683dqe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30.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figure below was transformed by two rigid motions. Identify both transformations.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p_9su2vk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31.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figure below was transformed by two rigid motions. Identify both transformations.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lu5w6e44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32.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figure below was transformed by two rigid motions. Identify both transformations.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jcygh84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28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33.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figure below was transformed by two rigid motions. Identify both transformations.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73736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8x8m1ob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37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76"/>
      </w:tblGrid>
      <w:tr>
        <w:tc>
          <w:tcPr>
            <w:tcW w:type="dxa" w:w="11016"/>
          </w:tcPr>
          <w:p>
            <w:pPr>
              <w:spacing w:before="80"/>
              <w:jc w:val="left"/>
            </w:pPr>
            <w:r>
              <w:rPr>
                <w:rFonts w:ascii="Calisto MT" w:hAnsi="Calisto MT"/>
                <w:b/>
                <w:sz w:val="26"/>
              </w:rPr>
              <w:t>Make your own in seconds</w:t>
            </w:r>
          </w:p>
          <w:p>
            <w:pPr>
              <w:jc w:val="left"/>
            </w:pPr>
            <w:r>
              <w:rPr>
                <w:rFonts w:ascii="Calisto MT" w:hAnsi="Calisto MT"/>
                <w:b w:val="0"/>
                <w:sz w:val="20"/>
              </w:rPr>
              <w:t>This pack was made with IDV Worksheets. In the app you can: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Make a whole worksheet of one problem type, or mix two, three or more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Add problems from any other topic to the same sheet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Pick Easy, Medium or Hard, and how many problems you want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Get brand-new problems and a matching answer key every time you click</w:t>
            </w:r>
          </w:p>
          <w:p>
            <w:pPr>
              <w:spacing w:before="120" w:after="80"/>
              <w:jc w:val="left"/>
            </w:pPr>
            <w:r>
              <w:rPr>
                <w:rFonts w:ascii="Calisto MT" w:hAnsi="Calisto MT"/>
                <w:b/>
                <w:sz w:val="20"/>
              </w:rPr>
              <w:t xml:space="preserve">Try it free for 2 days, no credit card: </w:t>
            </w:r>
            <w:hyperlink r:id="rId44">
              <w:r>
                <w:rPr>
                  <w:rFonts w:ascii="Calisto MT" w:hAnsi="Calisto MT"/>
                  <w:b/>
                  <w:color w:val="5E9A1F"/>
                  <w:sz w:val="20"/>
                  <w:u w:val="single"/>
                </w:rPr>
                <w:t>app.idvworksheets.com</w:t>
              </w:r>
            </w:hyperlink>
          </w:p>
        </w:tc>
      </w:tr>
    </w:tbl>
    <w:p>
      <w:pPr>
        <w:spacing w:after="0"/>
      </w:pPr>
    </w:p>
    <w:p>
      <w:pPr>
        <w:spacing w:before="0" w:after="120"/>
        <w:jc w:val="center"/>
      </w:pPr>
      <w:r/>
      <w:r>
        <w:rPr>
          <w:rFonts w:ascii="Calisto MT" w:hAnsi="Calisto MT" w:eastAsia="Calisto MT"/>
          <w:b/>
          <w:i w:val="0"/>
          <w:sz w:val="28"/>
        </w:rPr>
        <w:t>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A'(2, 2), B'(1, 2), C'(4, 0), D'(5, 1)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A'(-2, 1), B'(-1, 2), C'(0, 2), D'(0, -2)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A'(-4, 5), B'(-1, 3), C'(-3, 1), D'(-5, 2)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A'(-2, -1), B'(-4, 0), C'(-2, -3)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A'(2, 0), B'(4, 3), C'(2, 3)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A'(0, -1), B'(2, -1), C'(3, -3)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A'(3, 0), B'(3, -3), C'(4, -2)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A'(-1, -2), B'(-3, -4), C'(-3, -1)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A'(0, -2), B'(0, -3), C'(1, -3), D'(2, -2)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A'(0, 3), B'(-2, 4), C'(-3, 3), D'(-2, 0)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A'(-1, -2), B'(-2, -4), C'(-3, -4), D'(-3, -2)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A'(0, 2), B'(-3, 4), C'(0, 4)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(x, y) → (x - 5, y + 3)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(x, y) → (y, -x)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(x, y) → (x - 4, y - 5)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(x, y) → (x - 4, y - 3)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(x, y) → (y, -x)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(x, y) → (-x, y)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KT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∠K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Both side lengths and angle measures stay the same.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Both side lengths and angle measures stay the same.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NM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L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(0, 2)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(-4, 0)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(1, 2)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1st: (x, y) → (-x, -y)   2nd: (x, y) → (-x, y)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1st: (x, y) → (-x, -y)   2nd: (x, y) → (-x, y)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1st: (x, y) → (x + 4, y - 8)   2nd: (x, y) → (x, -y)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1st: (x, y) → (x - 1, y + 4)   2nd: (x, y) → (x, -y)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1st: (x, y) → (x, -y)   2nd: (x, y) → (-x, y)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1st: (x, y) → (x, -y)   2nd: (x, y) → (-x, y)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864" w:right="432" w:bottom="504" w:left="432" w:header="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170"/>
      <w:jc w:val="right"/>
    </w:pPr>
    <w:r>
      <w:rPr>
        <w:rFonts w:ascii="Calisto MT" w:hAnsi="Calisto MT" w:eastAsia="Calisto MT"/>
        <w:b w:val="0"/>
        <w:i w:val="0"/>
        <w:color w:val="787878"/>
        <w:sz w:val="20"/>
      </w:rPr>
      <w:t>© 2026 J. Will | IDV Independent Variable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88"/>
      <w:gridCol w:w="5688"/>
    </w:tblGrid>
    <w:tr>
      <w:trPr>
        <w:trHeight w:val="288" w:hRule="atLeast"/>
      </w:trPr>
      <w:tc>
        <w:tcPr>
          <w:tcW w:type="dxa" w:w="5760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sto MT" w:hAnsi="Calisto MT" w:eastAsia="Calisto MT"/>
              <w:b w:val="0"/>
              <w:i w:val="0"/>
              <w:sz w:val="20"/>
            </w:rPr>
            <w:t>Name_____________________________   Per____   Due____</w:t>
          </w:r>
        </w:p>
      </w:tc>
      <w:tc>
        <w:tcPr>
          <w:tcW w:type="dxa" w:w="5615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sto MT" w:hAnsi="Calisto MT" w:eastAsia="Calisto MT"/>
              <w:b/>
              <w:sz w:val="32"/>
            </w:rPr>
            <w:t>Rigid Transformations</w:t>
          </w:r>
        </w:p>
      </w:tc>
    </w:tr>
    <w:tr>
      <w:trPr>
        <w:trHeight w:val="288" w:hRule="atLeast"/>
      </w:trPr>
      <w:tc>
        <w:tcPr>
          <w:tcW w:type="dxa" w:w="5760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/>
        </w:p>
      </w:tc>
      <w:tc>
        <w:tcPr>
          <w:tcW w:type="dxa" w:w="5615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/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Relationship Id="rId44" Type="http://schemas.openxmlformats.org/officeDocument/2006/relationships/hyperlink" Target="https://app.idvworkshee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