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792"/>
        <w:gridCol w:w="3792"/>
        <w:gridCol w:w="3792"/>
      </w:tblGrid>
      <w:tr>
        <w:trPr>
          <w:trHeight w:val="3744" w:hRule="atLeast"/>
          <w:cantSplit/>
        </w:trPr>
        <w:tc>
          <w:tcPr>
            <w:tcW w:type="dxa" w:w="3672"/>
            <w:vAlign w:val="top"/>
            <w:tcMar>
              <w:top w:w="0" w:type="dxa"/>
              <w:start w:w="55" w:type="dxa"/>
              <w:bottom w:w="40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1.</w:t>
            </w:r>
            <w:r>
              <w:t xml:space="preserve">   </w:t>
            </w: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The graph shows a system.</w:t>
            </w:r>
          </w:p>
          <w:p>
            <w:pPr>
              <w:spacing w:before="40" w:after="40"/>
              <w:ind w:left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371600" cy="13716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q1sx64b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1371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120" w:after="0"/>
              <w:ind w:left="259"/>
              <w:jc w:val="left"/>
            </w:pPr>
            <w:r>
              <w:rPr>
                <w:rFonts w:ascii="Calisto MT" w:hAnsi="Calisto MT" w:eastAsia="Calisto MT"/>
                <w:b/>
                <w:i w:val="0"/>
                <w:sz w:val="20"/>
              </w:rPr>
              <w:t xml:space="preserve">Part A:  </w:t>
            </w: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Choose its two equations.</w:t>
            </w: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</w:tblPr>
            <w:tblGrid>
              <w:gridCol w:w="1728"/>
              <w:gridCol w:w="1728"/>
            </w:tblGrid>
            <w:tr>
              <w:tc>
                <w:tcPr>
                  <w:tcW w:type="dxa" w:w="1728"/>
                  <w:tcMar>
                    <w:top w:w="0" w:type="dxa"/>
                    <w:start w:w="0" w:type="dxa"/>
                    <w:bottom w:w="0" w:type="dxa"/>
                    <w:end w:w="0" w:type="dxa"/>
                  </w:tcMar>
                </w:tcPr>
                <w:p>
                  <w:pPr>
                    <w:spacing w:before="40" w:after="0"/>
                    <w:jc w:val="left"/>
                  </w:pPr>
                  <w:r>
                    <w:rPr>
                      <w:rFonts w:ascii="Calisto MT" w:hAnsi="Calisto MT" w:eastAsia="Calisto MT"/>
                      <w:b w:val="0"/>
                      <w:i w:val="0"/>
                      <w:sz w:val="20"/>
                    </w:rPr>
                    <w:t xml:space="preserve">☐ A) y = </w:t>
                  </w:r>
                  <m:oMath>
                    <m:f>
                      <m:fPr>
                        <m:type m:val="bar"/>
                      </m:fPr>
                      <m:num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4</m:t>
                        </m:r>
                      </m:den>
                    </m:f>
                  </m:oMath>
                  <w:r>
                    <w:rPr>
                      <w:rFonts w:ascii="Calisto MT" w:hAnsi="Calisto MT" w:eastAsia="Calisto MT"/>
                      <w:b w:val="0"/>
                      <w:i w:val="0"/>
                      <w:sz w:val="20"/>
                    </w:rPr>
                    <w:t>x + 3</w:t>
                  </w:r>
                </w:p>
              </w:tc>
              <w:tc>
                <w:tcPr>
                  <w:tcW w:type="dxa" w:w="1728"/>
                  <w:tcMar>
                    <w:top w:w="0" w:type="dxa"/>
                    <w:start w:w="90" w:type="dxa"/>
                    <w:bottom w:w="0" w:type="dxa"/>
                    <w:end w:w="0" w:type="dxa"/>
                  </w:tcMar>
                </w:tcPr>
                <w:p>
                  <w:pPr>
                    <w:spacing w:before="40" w:after="0"/>
                    <w:jc w:val="left"/>
                  </w:pPr>
                  <w:r>
                    <w:rPr>
                      <w:rFonts w:ascii="Calisto MT" w:hAnsi="Calisto MT" w:eastAsia="Calisto MT"/>
                      <w:b w:val="0"/>
                      <w:i w:val="0"/>
                      <w:sz w:val="20"/>
                    </w:rPr>
                    <w:t xml:space="preserve">☐ B) y = </w:t>
                  </w:r>
                  <m:oMath>
                    <m:f>
                      <m:fPr>
                        <m:type m:val="bar"/>
                      </m:fPr>
                      <m:num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4</m:t>
                        </m:r>
                      </m:den>
                    </m:f>
                  </m:oMath>
                  <w:r>
                    <w:rPr>
                      <w:rFonts w:ascii="Calisto MT" w:hAnsi="Calisto MT" w:eastAsia="Calisto MT"/>
                      <w:b w:val="0"/>
                      <w:i w:val="0"/>
                      <w:sz w:val="20"/>
                    </w:rPr>
                    <w:t>x + 2</w:t>
                  </w:r>
                </w:p>
              </w:tc>
            </w:tr>
            <w:tr>
              <w:tc>
                <w:tcPr>
                  <w:tcW w:type="dxa" w:w="1728"/>
                  <w:tcMar>
                    <w:top w:w="0" w:type="dxa"/>
                    <w:start w:w="0" w:type="dxa"/>
                    <w:bottom w:w="0" w:type="dxa"/>
                    <w:end w:w="0" w:type="dxa"/>
                  </w:tcMar>
                </w:tcPr>
                <w:p>
                  <w:pPr>
                    <w:spacing w:before="40" w:after="0"/>
                    <w:jc w:val="left"/>
                  </w:pPr>
                  <w:r>
                    <w:rPr>
                      <w:rFonts w:ascii="Calisto MT" w:hAnsi="Calisto MT" w:eastAsia="Calisto MT"/>
                      <w:b w:val="0"/>
                      <w:i w:val="0"/>
                      <w:sz w:val="20"/>
                    </w:rPr>
                    <w:t xml:space="preserve">☐ C) y = </w:t>
                  </w:r>
                  <m:oMath>
                    <m:f>
                      <m:fPr>
                        <m:type m:val="bar"/>
                      </m:fPr>
                      <m:num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3</m:t>
                        </m:r>
                      </m:num>
                      <m:den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4</m:t>
                        </m:r>
                      </m:den>
                    </m:f>
                  </m:oMath>
                  <w:r>
                    <w:rPr>
                      <w:rFonts w:ascii="Calisto MT" w:hAnsi="Calisto MT" w:eastAsia="Calisto MT"/>
                      <w:b w:val="0"/>
                      <w:i w:val="0"/>
                      <w:sz w:val="20"/>
                    </w:rPr>
                    <w:t>x + 3</w:t>
                  </w:r>
                </w:p>
              </w:tc>
              <w:tc>
                <w:tcPr>
                  <w:tcW w:type="dxa" w:w="1728"/>
                  <w:tcMar>
                    <w:top w:w="0" w:type="dxa"/>
                    <w:start w:w="90" w:type="dxa"/>
                    <w:bottom w:w="0" w:type="dxa"/>
                    <w:end w:w="0" w:type="dxa"/>
                  </w:tcMar>
                </w:tcPr>
                <w:p>
                  <w:pPr>
                    <w:spacing w:before="40" w:after="0"/>
                    <w:jc w:val="left"/>
                  </w:pPr>
                  <w:r>
                    <w:rPr>
                      <w:rFonts w:ascii="Calisto MT" w:hAnsi="Calisto MT" w:eastAsia="Calisto MT"/>
                      <w:b w:val="0"/>
                      <w:i w:val="0"/>
                      <w:sz w:val="20"/>
                    </w:rPr>
                    <w:t>☐ D) y = −</w:t>
                  </w:r>
                  <m:oMath>
                    <m:f>
                      <m:fPr>
                        <m:type m:val="bar"/>
                      </m:fPr>
                      <m:num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3</m:t>
                        </m:r>
                      </m:num>
                      <m:den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4</m:t>
                        </m:r>
                      </m:den>
                    </m:f>
                  </m:oMath>
                  <w:r>
                    <w:rPr>
                      <w:rFonts w:ascii="Calisto MT" w:hAnsi="Calisto MT" w:eastAsia="Calisto MT"/>
                      <w:b w:val="0"/>
                      <w:i w:val="0"/>
                      <w:sz w:val="20"/>
                    </w:rPr>
                    <w:t>x + 3</w:t>
                  </w:r>
                </w:p>
              </w:tc>
            </w:tr>
          </w:tbl>
          <w:p>
            <w:pPr>
              <w:spacing w:before="0" w:after="0" w:line="40" w:lineRule="exact"/>
            </w:pPr>
          </w:p>
          <w:p>
            <w:pPr>
              <w:spacing w:before="120" w:after="0"/>
              <w:ind w:left="259"/>
              <w:jc w:val="left"/>
            </w:pPr>
            <w:r>
              <w:rPr>
                <w:rFonts w:ascii="Calisto MT" w:hAnsi="Calisto MT" w:eastAsia="Calisto MT"/>
                <w:b/>
                <w:i w:val="0"/>
                <w:sz w:val="20"/>
              </w:rPr>
              <w:t xml:space="preserve">Part B:  </w:t>
            </w: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Estimate the solution.</w:t>
            </w:r>
          </w:p>
          <w:p>
            <w:pPr>
              <w:spacing w:before="0" w:after="280"/>
              <w:ind w:left="259"/>
              <w:jc w:val="left"/>
            </w:pPr>
          </w:p>
        </w:tc>
        <w:tc>
          <w:tcPr>
            <w:tcW w:type="dxa" w:w="3672"/>
            <w:vAlign w:val="top"/>
            <w:tcMar>
              <w:top w:w="0" w:type="dxa"/>
              <w:start w:w="55" w:type="dxa"/>
              <w:bottom w:w="40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2.</w:t>
            </w:r>
            <w:r>
              <w:t xml:space="preserve">   </w:t>
            </w: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The graph shows a system.</w:t>
            </w:r>
          </w:p>
          <w:p>
            <w:pPr>
              <w:spacing w:before="40" w:after="40"/>
              <w:ind w:left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371600" cy="13716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j6lywmo9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1371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120" w:after="0"/>
              <w:ind w:left="259"/>
              <w:jc w:val="left"/>
            </w:pPr>
            <w:r>
              <w:rPr>
                <w:rFonts w:ascii="Calisto MT" w:hAnsi="Calisto MT" w:eastAsia="Calisto MT"/>
                <w:b/>
                <w:i w:val="0"/>
                <w:sz w:val="20"/>
              </w:rPr>
              <w:t xml:space="preserve">Part A:  </w:t>
            </w: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Choose its two equations.</w:t>
            </w: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</w:tblPr>
            <w:tblGrid>
              <w:gridCol w:w="1728"/>
              <w:gridCol w:w="1728"/>
            </w:tblGrid>
            <w:tr>
              <w:tc>
                <w:tcPr>
                  <w:tcW w:type="dxa" w:w="1728"/>
                  <w:tcMar>
                    <w:top w:w="0" w:type="dxa"/>
                    <w:start w:w="0" w:type="dxa"/>
                    <w:bottom w:w="0" w:type="dxa"/>
                    <w:end w:w="0" w:type="dxa"/>
                  </w:tcMar>
                </w:tcPr>
                <w:p>
                  <w:pPr>
                    <w:spacing w:before="40" w:after="0"/>
                    <w:jc w:val="left"/>
                  </w:pPr>
                  <w:r>
                    <w:rPr>
                      <w:rFonts w:ascii="Cambria Math" w:hAnsi="Cambria Math" w:eastAsia="Cambria Math"/>
                      <w:b w:val="0"/>
                      <w:sz w:val="20"/>
                    </w:rPr>
                    <w:t>☐ A) y = x + 2</w:t>
                  </w:r>
                </w:p>
              </w:tc>
              <w:tc>
                <w:tcPr>
                  <w:tcW w:type="dxa" w:w="1728"/>
                  <w:tcMar>
                    <w:top w:w="0" w:type="dxa"/>
                    <w:start w:w="90" w:type="dxa"/>
                    <w:bottom w:w="0" w:type="dxa"/>
                    <w:end w:w="0" w:type="dxa"/>
                  </w:tcMar>
                </w:tcPr>
                <w:p>
                  <w:pPr>
                    <w:spacing w:before="40" w:after="0"/>
                    <w:jc w:val="left"/>
                  </w:pPr>
                  <w:r>
                    <w:rPr>
                      <w:rFonts w:ascii="Cambria Math" w:hAnsi="Cambria Math" w:eastAsia="Cambria Math"/>
                      <w:b w:val="0"/>
                      <w:sz w:val="20"/>
                    </w:rPr>
                    <w:t>☐ B) y = −2x</w:t>
                  </w:r>
                </w:p>
              </w:tc>
            </w:tr>
            <w:tr>
              <w:tc>
                <w:tcPr>
                  <w:tcW w:type="dxa" w:w="1728"/>
                  <w:tcMar>
                    <w:top w:w="0" w:type="dxa"/>
                    <w:start w:w="0" w:type="dxa"/>
                    <w:bottom w:w="0" w:type="dxa"/>
                    <w:end w:w="0" w:type="dxa"/>
                  </w:tcMar>
                </w:tcPr>
                <w:p>
                  <w:pPr>
                    <w:spacing w:before="40" w:after="0"/>
                    <w:jc w:val="left"/>
                  </w:pPr>
                  <w:r>
                    <w:rPr>
                      <w:rFonts w:ascii="Cambria Math" w:hAnsi="Cambria Math" w:eastAsia="Cambria Math"/>
                      <w:b w:val="0"/>
                      <w:sz w:val="20"/>
                    </w:rPr>
                    <w:t>☐ C) y = −3x</w:t>
                  </w:r>
                </w:p>
              </w:tc>
              <w:tc>
                <w:tcPr>
                  <w:tcW w:type="dxa" w:w="1728"/>
                  <w:tcMar>
                    <w:top w:w="0" w:type="dxa"/>
                    <w:start w:w="90" w:type="dxa"/>
                    <w:bottom w:w="0" w:type="dxa"/>
                    <w:end w:w="0" w:type="dxa"/>
                  </w:tcMar>
                </w:tcPr>
                <w:p>
                  <w:pPr>
                    <w:spacing w:before="40" w:after="0"/>
                    <w:jc w:val="left"/>
                  </w:pPr>
                  <w:r>
                    <w:rPr>
                      <w:rFonts w:ascii="Cambria Math" w:hAnsi="Cambria Math" w:eastAsia="Cambria Math"/>
                      <w:b w:val="0"/>
                      <w:sz w:val="20"/>
                    </w:rPr>
                    <w:t>☐ D) y = −x + 2</w:t>
                  </w:r>
                </w:p>
              </w:tc>
            </w:tr>
          </w:tbl>
          <w:p>
            <w:pPr>
              <w:spacing w:before="0" w:after="0" w:line="40" w:lineRule="exact"/>
            </w:pPr>
          </w:p>
          <w:p>
            <w:pPr>
              <w:spacing w:before="120" w:after="0"/>
              <w:ind w:left="259"/>
              <w:jc w:val="left"/>
            </w:pPr>
            <w:r>
              <w:rPr>
                <w:rFonts w:ascii="Calisto MT" w:hAnsi="Calisto MT" w:eastAsia="Calisto MT"/>
                <w:b/>
                <w:i w:val="0"/>
                <w:sz w:val="20"/>
              </w:rPr>
              <w:t xml:space="preserve">Part B:  </w:t>
            </w: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Estimate the solution.</w:t>
            </w:r>
          </w:p>
          <w:p>
            <w:pPr>
              <w:spacing w:before="0" w:after="280"/>
              <w:ind w:left="259"/>
              <w:jc w:val="left"/>
            </w:pPr>
          </w:p>
        </w:tc>
        <w:tc>
          <w:tcPr>
            <w:tcW w:type="dxa" w:w="3672"/>
            <w:vAlign w:val="top"/>
            <w:tcMar>
              <w:top w:w="0" w:type="dxa"/>
              <w:start w:w="55" w:type="dxa"/>
              <w:bottom w:w="40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3.</w:t>
            </w:r>
            <w:r>
              <w:t xml:space="preserve">   </w:t>
            </w: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The graph shows a system.</w:t>
            </w:r>
          </w:p>
          <w:p>
            <w:pPr>
              <w:spacing w:before="40" w:after="40"/>
              <w:ind w:left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371600" cy="13716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jfcs7z7x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1371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120" w:after="0"/>
              <w:ind w:left="259"/>
              <w:jc w:val="left"/>
            </w:pPr>
            <w:r>
              <w:rPr>
                <w:rFonts w:ascii="Calisto MT" w:hAnsi="Calisto MT" w:eastAsia="Calisto MT"/>
                <w:b/>
                <w:i w:val="0"/>
                <w:sz w:val="20"/>
              </w:rPr>
              <w:t xml:space="preserve">Part A:  </w:t>
            </w: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Choose its two equations.</w:t>
            </w: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</w:tblPr>
            <w:tblGrid>
              <w:gridCol w:w="1728"/>
              <w:gridCol w:w="1728"/>
            </w:tblGrid>
            <w:tr>
              <w:tc>
                <w:tcPr>
                  <w:tcW w:type="dxa" w:w="1728"/>
                  <w:tcMar>
                    <w:top w:w="0" w:type="dxa"/>
                    <w:start w:w="0" w:type="dxa"/>
                    <w:bottom w:w="0" w:type="dxa"/>
                    <w:end w:w="0" w:type="dxa"/>
                  </w:tcMar>
                </w:tcPr>
                <w:p>
                  <w:pPr>
                    <w:spacing w:before="40" w:after="0"/>
                    <w:jc w:val="left"/>
                  </w:pPr>
                  <w:r>
                    <w:rPr>
                      <w:rFonts w:ascii="Cambria Math" w:hAnsi="Cambria Math" w:eastAsia="Cambria Math"/>
                      <w:b w:val="0"/>
                      <w:sz w:val="20"/>
                    </w:rPr>
                    <w:t>☐ A) y = x − 1</w:t>
                  </w:r>
                </w:p>
              </w:tc>
              <w:tc>
                <w:tcPr>
                  <w:tcW w:type="dxa" w:w="1728"/>
                  <w:tcMar>
                    <w:top w:w="0" w:type="dxa"/>
                    <w:start w:w="90" w:type="dxa"/>
                    <w:bottom w:w="0" w:type="dxa"/>
                    <w:end w:w="0" w:type="dxa"/>
                  </w:tcMar>
                </w:tcPr>
                <w:p>
                  <w:pPr>
                    <w:spacing w:before="40" w:after="0"/>
                    <w:jc w:val="left"/>
                  </w:pPr>
                  <w:r>
                    <w:rPr>
                      <w:rFonts w:ascii="Cambria Math" w:hAnsi="Cambria Math" w:eastAsia="Cambria Math"/>
                      <w:b w:val="0"/>
                      <w:sz w:val="20"/>
                    </w:rPr>
                    <w:t>☐ B) y = −x − 1</w:t>
                  </w:r>
                </w:p>
              </w:tc>
            </w:tr>
            <w:tr>
              <w:tc>
                <w:tcPr>
                  <w:tcW w:type="dxa" w:w="1728"/>
                  <w:tcMar>
                    <w:top w:w="0" w:type="dxa"/>
                    <w:start w:w="0" w:type="dxa"/>
                    <w:bottom w:w="0" w:type="dxa"/>
                    <w:end w:w="0" w:type="dxa"/>
                  </w:tcMar>
                </w:tcPr>
                <w:p>
                  <w:pPr>
                    <w:spacing w:before="40" w:after="0"/>
                    <w:jc w:val="left"/>
                  </w:pPr>
                  <w:r>
                    <w:rPr>
                      <w:rFonts w:ascii="Cambria Math" w:hAnsi="Cambria Math" w:eastAsia="Cambria Math"/>
                      <w:b w:val="0"/>
                      <w:sz w:val="20"/>
                    </w:rPr>
                    <w:t>☐ C) y = x − 2</w:t>
                  </w:r>
                </w:p>
              </w:tc>
              <w:tc>
                <w:tcPr>
                  <w:tcW w:type="dxa" w:w="1728"/>
                  <w:tcMar>
                    <w:top w:w="0" w:type="dxa"/>
                    <w:start w:w="90" w:type="dxa"/>
                    <w:bottom w:w="0" w:type="dxa"/>
                    <w:end w:w="0" w:type="dxa"/>
                  </w:tcMar>
                </w:tcPr>
                <w:p>
                  <w:pPr>
                    <w:spacing w:before="40" w:after="0"/>
                    <w:jc w:val="left"/>
                  </w:pPr>
                  <w:r>
                    <w:rPr>
                      <w:rFonts w:ascii="Cambria Math" w:hAnsi="Cambria Math" w:eastAsia="Cambria Math"/>
                      <w:b w:val="0"/>
                      <w:sz w:val="20"/>
                    </w:rPr>
                    <w:t>☐ D) y = −2x − 1</w:t>
                  </w:r>
                </w:p>
              </w:tc>
            </w:tr>
          </w:tbl>
          <w:p>
            <w:pPr>
              <w:spacing w:before="0" w:after="0" w:line="40" w:lineRule="exact"/>
            </w:pPr>
          </w:p>
          <w:p>
            <w:pPr>
              <w:spacing w:before="120" w:after="0"/>
              <w:ind w:left="259"/>
              <w:jc w:val="left"/>
            </w:pPr>
            <w:r>
              <w:rPr>
                <w:rFonts w:ascii="Calisto MT" w:hAnsi="Calisto MT" w:eastAsia="Calisto MT"/>
                <w:b/>
                <w:i w:val="0"/>
                <w:sz w:val="20"/>
              </w:rPr>
              <w:t xml:space="preserve">Part B:  </w:t>
            </w: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Estimate the solution.</w:t>
            </w:r>
          </w:p>
          <w:p>
            <w:pPr>
              <w:spacing w:before="0" w:after="280"/>
              <w:ind w:left="259"/>
              <w:jc w:val="left"/>
            </w:pPr>
          </w:p>
        </w:tc>
      </w:tr>
      <w:tr>
        <w:trPr>
          <w:trHeight w:val="3744" w:hRule="atLeast"/>
          <w:cantSplit/>
        </w:trPr>
        <w:tc>
          <w:tcPr>
            <w:tcW w:type="dxa" w:w="3672"/>
            <w:vAlign w:val="top"/>
            <w:tcMar>
              <w:top w:w="0" w:type="dxa"/>
              <w:start w:w="55" w:type="dxa"/>
              <w:bottom w:w="40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4.</w:t>
            </w:r>
            <w:r>
              <w:t xml:space="preserve">   </w:t>
            </w: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Use the graph. True or false?</w:t>
            </w:r>
          </w:p>
          <w:p>
            <w:pPr>
              <w:spacing w:before="60" w:after="0"/>
              <w:ind w:left="259"/>
              <w:jc w:val="left"/>
            </w:pPr>
            <w:r>
              <w:rPr>
                <w:rFonts w:ascii="Cambria Math" w:hAnsi="Cambria Math" w:eastAsia="Cambria Math"/>
                <w:b w:val="0"/>
                <w:sz w:val="20"/>
              </w:rPr>
              <w:t>a) A solution to -x + 1 = -2x is -1.</w:t>
            </w:r>
          </w:p>
          <w:p>
            <w:pPr>
              <w:spacing w:before="60" w:after="0"/>
              <w:ind w:left="259"/>
              <w:jc w:val="left"/>
            </w:pPr>
            <w:r>
              <w:rPr>
                <w:rFonts w:ascii="Cambria Math" w:hAnsi="Cambria Math" w:eastAsia="Cambria Math"/>
                <w:b w:val="0"/>
                <w:sz w:val="20"/>
              </w:rPr>
              <w:t>b) A solution to 2 = -x + 1 is -1.</w:t>
            </w:r>
          </w:p>
          <w:p>
            <w:pPr>
              <w:spacing w:before="60" w:after="0"/>
              <w:ind w:left="259"/>
              <w:jc w:val="left"/>
            </w:pPr>
            <w:r>
              <w:rPr>
                <w:rFonts w:ascii="Cambria Math" w:hAnsi="Cambria Math" w:eastAsia="Cambria Math"/>
                <w:b w:val="0"/>
                <w:sz w:val="20"/>
              </w:rPr>
              <w:t>c) A solution to -1 = -2x is 2.</w:t>
            </w:r>
          </w:p>
          <w:p>
            <w:pPr>
              <w:spacing w:before="60" w:after="0"/>
              <w:ind w:left="259"/>
              <w:jc w:val="left"/>
            </w:pPr>
            <w:r>
              <w:rPr>
                <w:rFonts w:ascii="Cambria Math" w:hAnsi="Cambria Math" w:eastAsia="Cambria Math"/>
                <w:b w:val="0"/>
                <w:sz w:val="20"/>
              </w:rPr>
              <w:t>d) A solution to -x + 1 = -2x is 2.</w:t>
            </w: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</w:tblPr>
            <w:tblGrid>
              <w:gridCol w:w="2088"/>
              <w:gridCol w:w="1310"/>
            </w:tblGrid>
            <w:tr>
              <w:tc>
                <w:tcPr>
                  <w:tcW w:type="dxa" w:w="2088"/>
                </w:tcPr>
                <w:p>
                  <w:pPr>
                    <w:spacing w:before="4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280160" cy="1280160"/>
                        <wp:docPr id="4" name="Picture 4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tmprj_wc_84.png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80160" cy="128016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310"/>
                  <w:tcMar>
                    <w:top w:w="0" w:type="dxa"/>
                    <w:start w:w="30" w:type="dxa"/>
                    <w:bottom w:w="0" w:type="dxa"/>
                    <w:end w:w="0" w:type="dxa"/>
                  </w:tcMar>
                  <w:vAlign w:val="center"/>
                </w:tcPr>
                <w:p>
                  <w:pPr>
                    <w:spacing w:before="60" w:after="0"/>
                  </w:pPr>
                  <w:r>
                    <w:rPr>
                      <w:rFonts w:ascii="Calisto MT" w:hAnsi="Calisto MT" w:eastAsia="Calisto MT"/>
                      <w:b w:val="0"/>
                      <w:i w:val="0"/>
                      <w:sz w:val="20"/>
                    </w:rPr>
                    <w:t>Solid:</w:t>
                  </w:r>
                </w:p>
                <w:p>
                  <w:pPr>
                    <w:spacing w:before="60" w:after="0"/>
                  </w:pPr>
                  <w:r>
                    <w:rPr>
                      <w:rFonts w:ascii="Cambria Math" w:hAnsi="Cambria Math" w:eastAsia="Cambria Math"/>
                      <w:b w:val="0"/>
                      <w:sz w:val="20"/>
                    </w:rPr>
                    <w:t>y = −x + 1</w:t>
                  </w:r>
                </w:p>
                <w:p>
                  <w:pPr>
                    <w:spacing w:before="60" w:after="0"/>
                  </w:pPr>
                  <w:r>
                    <w:rPr>
                      <w:rFonts w:ascii="Calisto MT" w:hAnsi="Calisto MT" w:eastAsia="Calisto MT"/>
                      <w:b w:val="0"/>
                      <w:i w:val="0"/>
                      <w:sz w:val="20"/>
                    </w:rPr>
                    <w:t>Dashed:</w:t>
                  </w:r>
                </w:p>
                <w:p>
                  <w:pPr>
                    <w:spacing w:before="60" w:after="0"/>
                  </w:pPr>
                  <w:r>
                    <w:rPr>
                      <w:rFonts w:ascii="Cambria Math" w:hAnsi="Cambria Math" w:eastAsia="Cambria Math"/>
                      <w:b w:val="0"/>
                      <w:sz w:val="20"/>
                    </w:rPr>
                    <w:t>y = −2x</w:t>
                  </w:r>
                </w:p>
              </w:tc>
            </w:tr>
          </w:tbl>
          <w:p>
            <w:pPr>
              <w:spacing w:before="0" w:after="0" w:line="40" w:lineRule="exact"/>
            </w:pPr>
          </w:p>
        </w:tc>
        <w:tc>
          <w:tcPr>
            <w:tcW w:type="dxa" w:w="3672"/>
            <w:vAlign w:val="top"/>
            <w:tcMar>
              <w:top w:w="0" w:type="dxa"/>
              <w:start w:w="55" w:type="dxa"/>
              <w:bottom w:w="40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5.</w:t>
            </w:r>
            <w:r>
              <w:t xml:space="preserve">   </w:t>
            </w: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Use the graph. True or false?</w:t>
            </w:r>
          </w:p>
          <w:p>
            <w:pPr>
              <w:spacing w:before="60" w:after="0"/>
              <w:ind w:left="259"/>
              <w:jc w:val="left"/>
            </w:pPr>
            <w:r>
              <w:rPr>
                <w:rFonts w:ascii="Cambria Math" w:hAnsi="Cambria Math" w:eastAsia="Cambria Math"/>
                <w:b w:val="0"/>
                <w:sz w:val="20"/>
              </w:rPr>
              <w:t>a) A solution to -2 = 2x + 4 is -3.</w:t>
            </w:r>
          </w:p>
          <w:p>
            <w:pPr>
              <w:spacing w:before="60" w:after="0"/>
              <w:ind w:left="259"/>
              <w:jc w:val="left"/>
            </w:pP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b) A solution to 2x + 4 = −</w:t>
            </w:r>
            <m:oMath>
              <m:f>
                <m:fPr>
                  <m:type m:val="bar"/>
                </m:fPr>
                <m:num>
                  <m:r>
                    <w:rPr>
                      <w:rFonts w:ascii="Cambria Math" w:hAnsi="Cambria Math"/>
                      <w:sz w:val="20"/>
                      <w:szCs w:val="20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0"/>
                      <w:szCs w:val="20"/>
                    </w:rPr>
                    <m:t>3</m:t>
                  </m:r>
                </m:den>
              </m:f>
            </m:oMath>
            <w:r>
              <w:rPr>
                <w:rFonts w:ascii="Calisto MT" w:hAnsi="Calisto MT" w:eastAsia="Calisto MT"/>
                <w:b w:val="0"/>
                <w:i w:val="0"/>
                <w:sz w:val="20"/>
              </w:rPr>
              <w:t>x - 3 is -2.</w:t>
            </w:r>
          </w:p>
          <w:p>
            <w:pPr>
              <w:spacing w:before="60" w:after="0"/>
              <w:ind w:left="259"/>
              <w:jc w:val="left"/>
            </w:pP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c) A solution to -2 = −</w:t>
            </w:r>
            <m:oMath>
              <m:f>
                <m:fPr>
                  <m:type m:val="bar"/>
                </m:fPr>
                <m:num>
                  <m:r>
                    <w:rPr>
                      <w:rFonts w:ascii="Cambria Math" w:hAnsi="Cambria Math"/>
                      <w:sz w:val="20"/>
                      <w:szCs w:val="20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0"/>
                      <w:szCs w:val="20"/>
                    </w:rPr>
                    <m:t>3</m:t>
                  </m:r>
                </m:den>
              </m:f>
            </m:oMath>
            <w:r>
              <w:rPr>
                <w:rFonts w:ascii="Calisto MT" w:hAnsi="Calisto MT" w:eastAsia="Calisto MT"/>
                <w:b w:val="0"/>
                <w:i w:val="0"/>
                <w:sz w:val="20"/>
              </w:rPr>
              <w:t>x - 3 is -3.</w:t>
            </w:r>
          </w:p>
          <w:p>
            <w:pPr>
              <w:spacing w:before="60" w:after="0"/>
              <w:ind w:left="259"/>
              <w:jc w:val="left"/>
            </w:pP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d) A solution to -3 = −</w:t>
            </w:r>
            <m:oMath>
              <m:f>
                <m:fPr>
                  <m:type m:val="bar"/>
                </m:fPr>
                <m:num>
                  <m:r>
                    <w:rPr>
                      <w:rFonts w:ascii="Cambria Math" w:hAnsi="Cambria Math"/>
                      <w:sz w:val="20"/>
                      <w:szCs w:val="20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0"/>
                      <w:szCs w:val="20"/>
                    </w:rPr>
                    <m:t>3</m:t>
                  </m:r>
                </m:den>
              </m:f>
            </m:oMath>
            <w:r>
              <w:rPr>
                <w:rFonts w:ascii="Calisto MT" w:hAnsi="Calisto MT" w:eastAsia="Calisto MT"/>
                <w:b w:val="0"/>
                <w:i w:val="0"/>
                <w:sz w:val="20"/>
              </w:rPr>
              <w:t>x - 3 is -2.</w:t>
            </w: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</w:tblPr>
            <w:tblGrid>
              <w:gridCol w:w="2088"/>
              <w:gridCol w:w="1310"/>
            </w:tblGrid>
            <w:tr>
              <w:tc>
                <w:tcPr>
                  <w:tcW w:type="dxa" w:w="2088"/>
                </w:tcPr>
                <w:p>
                  <w:pPr>
                    <w:spacing w:before="4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280160" cy="1280160"/>
                        <wp:docPr id="5" name="Picture 5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tmplh_dv06r.png"/>
                                <pic:cNvPicPr/>
                              </pic:nvPicPr>
                              <pic:blipFill>
                                <a:blip r:embed="rId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80160" cy="128016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310"/>
                  <w:tcMar>
                    <w:top w:w="0" w:type="dxa"/>
                    <w:start w:w="30" w:type="dxa"/>
                    <w:bottom w:w="0" w:type="dxa"/>
                    <w:end w:w="0" w:type="dxa"/>
                  </w:tcMar>
                  <w:vAlign w:val="center"/>
                </w:tcPr>
                <w:p>
                  <w:pPr>
                    <w:spacing w:before="60" w:after="0"/>
                  </w:pPr>
                  <w:r>
                    <w:rPr>
                      <w:rFonts w:ascii="Calisto MT" w:hAnsi="Calisto MT" w:eastAsia="Calisto MT"/>
                      <w:b w:val="0"/>
                      <w:i w:val="0"/>
                      <w:sz w:val="20"/>
                    </w:rPr>
                    <w:t>Solid:</w:t>
                  </w:r>
                </w:p>
                <w:p>
                  <w:pPr>
                    <w:spacing w:before="60" w:after="0"/>
                  </w:pPr>
                  <w:r>
                    <w:rPr>
                      <w:rFonts w:ascii="Cambria Math" w:hAnsi="Cambria Math" w:eastAsia="Cambria Math"/>
                      <w:b w:val="0"/>
                      <w:sz w:val="20"/>
                    </w:rPr>
                    <w:t>y = 2x + 4</w:t>
                  </w:r>
                </w:p>
                <w:p>
                  <w:pPr>
                    <w:spacing w:before="60" w:after="0"/>
                  </w:pPr>
                  <w:r>
                    <w:rPr>
                      <w:rFonts w:ascii="Calisto MT" w:hAnsi="Calisto MT" w:eastAsia="Calisto MT"/>
                      <w:b w:val="0"/>
                      <w:i w:val="0"/>
                      <w:sz w:val="20"/>
                    </w:rPr>
                    <w:t>Dashed:</w:t>
                  </w:r>
                </w:p>
                <w:p>
                  <w:pPr>
                    <w:spacing w:before="60" w:after="0"/>
                  </w:pPr>
                  <w:r>
                    <w:rPr>
                      <w:rFonts w:ascii="Calisto MT" w:hAnsi="Calisto MT" w:eastAsia="Calisto MT"/>
                      <w:b w:val="0"/>
                      <w:i w:val="0"/>
                      <w:sz w:val="20"/>
                    </w:rPr>
                    <w:t>y = −</w:t>
                  </w:r>
                  <m:oMath>
                    <m:f>
                      <m:fPr>
                        <m:type m:val="bar"/>
                      </m:fPr>
                      <m:num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3</m:t>
                        </m:r>
                      </m:den>
                    </m:f>
                  </m:oMath>
                  <w:r>
                    <w:rPr>
                      <w:rFonts w:ascii="Calisto MT" w:hAnsi="Calisto MT" w:eastAsia="Calisto MT"/>
                      <w:b w:val="0"/>
                      <w:i w:val="0"/>
                      <w:sz w:val="20"/>
                    </w:rPr>
                    <w:t>x − 3</w:t>
                  </w:r>
                </w:p>
              </w:tc>
            </w:tr>
          </w:tbl>
          <w:p>
            <w:pPr>
              <w:spacing w:before="0" w:after="0" w:line="40" w:lineRule="exact"/>
            </w:pPr>
          </w:p>
        </w:tc>
        <w:tc>
          <w:tcPr>
            <w:tcW w:type="dxa" w:w="3672"/>
            <w:vAlign w:val="top"/>
            <w:tcMar>
              <w:top w:w="0" w:type="dxa"/>
              <w:start w:w="55" w:type="dxa"/>
              <w:bottom w:w="40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6.</w:t>
            </w:r>
            <w:r>
              <w:t xml:space="preserve">   </w:t>
            </w: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Use the graph. True or false?</w:t>
            </w:r>
          </w:p>
          <w:p>
            <w:pPr>
              <w:spacing w:before="60" w:after="0"/>
              <w:ind w:left="259"/>
              <w:jc w:val="left"/>
            </w:pPr>
            <w:r>
              <w:rPr>
                <w:rFonts w:ascii="Calisto MT" w:hAnsi="Calisto MT" w:eastAsia="Calisto MT"/>
                <w:b w:val="0"/>
                <w:i w:val="0"/>
                <w:sz w:val="20"/>
              </w:rPr>
              <w:t xml:space="preserve">a) A solution to 4 = </w:t>
            </w:r>
            <m:oMath>
              <m:f>
                <m:fPr>
                  <m:type m:val="bar"/>
                </m:fPr>
                <m:num>
                  <m:r>
                    <w:rPr>
                      <w:rFonts w:ascii="Cambria Math" w:hAnsi="Cambria Math"/>
                      <w:sz w:val="20"/>
                      <w:szCs w:val="20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0"/>
                      <w:szCs w:val="20"/>
                    </w:rPr>
                    <m:t>4</m:t>
                  </m:r>
                </m:den>
              </m:f>
            </m:oMath>
            <w:r>
              <w:rPr>
                <w:rFonts w:ascii="Calisto MT" w:hAnsi="Calisto MT" w:eastAsia="Calisto MT"/>
                <w:b w:val="0"/>
                <w:i w:val="0"/>
                <w:sz w:val="20"/>
              </w:rPr>
              <w:t>x + 1 is 2.</w:t>
            </w:r>
          </w:p>
          <w:p>
            <w:pPr>
              <w:spacing w:before="60" w:after="0"/>
              <w:ind w:left="259"/>
              <w:jc w:val="left"/>
            </w:pPr>
            <w:r>
              <w:rPr>
                <w:rFonts w:ascii="Calisto MT" w:hAnsi="Calisto MT" w:eastAsia="Calisto MT"/>
                <w:b w:val="0"/>
                <w:i w:val="0"/>
                <w:sz w:val="20"/>
              </w:rPr>
              <w:t xml:space="preserve">b) A solution to 2 = </w:t>
            </w:r>
            <m:oMath>
              <m:f>
                <m:fPr>
                  <m:type m:val="bar"/>
                </m:fPr>
                <m:num>
                  <m:r>
                    <w:rPr>
                      <w:rFonts w:ascii="Cambria Math" w:hAnsi="Cambria Math"/>
                      <w:sz w:val="20"/>
                      <w:szCs w:val="20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  <w:sz w:val="20"/>
                      <w:szCs w:val="20"/>
                    </w:rPr>
                    <m:t>4</m:t>
                  </m:r>
                </m:den>
              </m:f>
            </m:oMath>
            <w:r>
              <w:rPr>
                <w:rFonts w:ascii="Calisto MT" w:hAnsi="Calisto MT" w:eastAsia="Calisto MT"/>
                <w:b w:val="0"/>
                <w:i w:val="0"/>
                <w:sz w:val="20"/>
              </w:rPr>
              <w:t>x - 1 is 4.</w:t>
            </w:r>
          </w:p>
          <w:p>
            <w:pPr>
              <w:spacing w:before="60" w:after="0"/>
              <w:ind w:left="259"/>
              <w:jc w:val="left"/>
            </w:pPr>
            <w:r>
              <w:rPr>
                <w:rFonts w:ascii="Calisto MT" w:hAnsi="Calisto MT" w:eastAsia="Calisto MT"/>
                <w:b w:val="0"/>
                <w:i w:val="0"/>
                <w:sz w:val="20"/>
              </w:rPr>
              <w:t xml:space="preserve">c) A solution to </w:t>
            </w:r>
            <m:oMath>
              <m:f>
                <m:fPr>
                  <m:type m:val="bar"/>
                </m:fPr>
                <m:num>
                  <m:r>
                    <w:rPr>
                      <w:rFonts w:ascii="Cambria Math" w:hAnsi="Cambria Math"/>
                      <w:sz w:val="20"/>
                      <w:szCs w:val="20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  <w:sz w:val="20"/>
                      <w:szCs w:val="20"/>
                    </w:rPr>
                    <m:t>4</m:t>
                  </m:r>
                </m:den>
              </m:f>
            </m:oMath>
            <w:r>
              <w:rPr>
                <w:rFonts w:ascii="Calisto MT" w:hAnsi="Calisto MT" w:eastAsia="Calisto MT"/>
                <w:b w:val="0"/>
                <w:i w:val="0"/>
                <w:sz w:val="20"/>
              </w:rPr>
              <w:t xml:space="preserve">x - 1 = </w:t>
            </w:r>
            <m:oMath>
              <m:f>
                <m:fPr>
                  <m:type m:val="bar"/>
                </m:fPr>
                <m:num>
                  <m:r>
                    <w:rPr>
                      <w:rFonts w:ascii="Cambria Math" w:hAnsi="Cambria Math"/>
                      <w:sz w:val="20"/>
                      <w:szCs w:val="20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0"/>
                      <w:szCs w:val="20"/>
                    </w:rPr>
                    <m:t>4</m:t>
                  </m:r>
                </m:den>
              </m:f>
            </m:oMath>
            <w:r>
              <w:rPr>
                <w:rFonts w:ascii="Calisto MT" w:hAnsi="Calisto MT" w:eastAsia="Calisto MT"/>
                <w:b w:val="0"/>
                <w:i w:val="0"/>
                <w:sz w:val="20"/>
              </w:rPr>
              <w:t>x + 1 is 4.</w:t>
            </w:r>
          </w:p>
          <w:p>
            <w:pPr>
              <w:spacing w:before="60" w:after="0"/>
              <w:ind w:left="259"/>
              <w:jc w:val="left"/>
            </w:pPr>
            <w:r>
              <w:rPr>
                <w:rFonts w:ascii="Calisto MT" w:hAnsi="Calisto MT" w:eastAsia="Calisto MT"/>
                <w:b w:val="0"/>
                <w:i w:val="0"/>
                <w:sz w:val="20"/>
              </w:rPr>
              <w:t xml:space="preserve">d) A solution to </w:t>
            </w:r>
            <m:oMath>
              <m:f>
                <m:fPr>
                  <m:type m:val="bar"/>
                </m:fPr>
                <m:num>
                  <m:r>
                    <w:rPr>
                      <w:rFonts w:ascii="Cambria Math" w:hAnsi="Cambria Math"/>
                      <w:sz w:val="20"/>
                      <w:szCs w:val="20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  <w:sz w:val="20"/>
                      <w:szCs w:val="20"/>
                    </w:rPr>
                    <m:t>4</m:t>
                  </m:r>
                </m:den>
              </m:f>
            </m:oMath>
            <w:r>
              <w:rPr>
                <w:rFonts w:ascii="Calisto MT" w:hAnsi="Calisto MT" w:eastAsia="Calisto MT"/>
                <w:b w:val="0"/>
                <w:i w:val="0"/>
                <w:sz w:val="20"/>
              </w:rPr>
              <w:t xml:space="preserve">x - 1 = </w:t>
            </w:r>
            <m:oMath>
              <m:f>
                <m:fPr>
                  <m:type m:val="bar"/>
                </m:fPr>
                <m:num>
                  <m:r>
                    <w:rPr>
                      <w:rFonts w:ascii="Cambria Math" w:hAnsi="Cambria Math"/>
                      <w:sz w:val="20"/>
                      <w:szCs w:val="20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0"/>
                      <w:szCs w:val="20"/>
                    </w:rPr>
                    <m:t>4</m:t>
                  </m:r>
                </m:den>
              </m:f>
            </m:oMath>
            <w:r>
              <w:rPr>
                <w:rFonts w:ascii="Calisto MT" w:hAnsi="Calisto MT" w:eastAsia="Calisto MT"/>
                <w:b w:val="0"/>
                <w:i w:val="0"/>
                <w:sz w:val="20"/>
              </w:rPr>
              <w:t>x + 1 is 2.</w:t>
            </w: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</w:tblPr>
            <w:tblGrid>
              <w:gridCol w:w="2088"/>
              <w:gridCol w:w="1310"/>
            </w:tblGrid>
            <w:tr>
              <w:tc>
                <w:tcPr>
                  <w:tcW w:type="dxa" w:w="2088"/>
                </w:tcPr>
                <w:p>
                  <w:pPr>
                    <w:spacing w:before="40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280160" cy="1280160"/>
                        <wp:docPr id="6" name="Picture 6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tmptnuxzxpa.png"/>
                                <pic:cNvPicPr/>
                              </pic:nvPicPr>
                              <pic:blipFill>
                                <a:blip r:embed="rId1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80160" cy="128016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1310"/>
                  <w:tcMar>
                    <w:top w:w="0" w:type="dxa"/>
                    <w:start w:w="30" w:type="dxa"/>
                    <w:bottom w:w="0" w:type="dxa"/>
                    <w:end w:w="0" w:type="dxa"/>
                  </w:tcMar>
                  <w:vAlign w:val="center"/>
                </w:tcPr>
                <w:p>
                  <w:pPr>
                    <w:spacing w:before="60" w:after="0"/>
                  </w:pPr>
                  <w:r>
                    <w:rPr>
                      <w:rFonts w:ascii="Calisto MT" w:hAnsi="Calisto MT" w:eastAsia="Calisto MT"/>
                      <w:b w:val="0"/>
                      <w:i w:val="0"/>
                      <w:sz w:val="20"/>
                    </w:rPr>
                    <w:t>Solid:</w:t>
                  </w:r>
                </w:p>
                <w:p>
                  <w:pPr>
                    <w:spacing w:before="60" w:after="0"/>
                  </w:pPr>
                  <w:r>
                    <w:rPr>
                      <w:rFonts w:ascii="Calisto MT" w:hAnsi="Calisto MT" w:eastAsia="Calisto MT"/>
                      <w:b w:val="0"/>
                      <w:i w:val="0"/>
                      <w:sz w:val="20"/>
                    </w:rPr>
                    <w:t xml:space="preserve">y = </w:t>
                  </w:r>
                  <m:oMath>
                    <m:f>
                      <m:fPr>
                        <m:type m:val="bar"/>
                      </m:fPr>
                      <m:num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3</m:t>
                        </m:r>
                      </m:num>
                      <m:den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4</m:t>
                        </m:r>
                      </m:den>
                    </m:f>
                  </m:oMath>
                  <w:r>
                    <w:rPr>
                      <w:rFonts w:ascii="Calisto MT" w:hAnsi="Calisto MT" w:eastAsia="Calisto MT"/>
                      <w:b w:val="0"/>
                      <w:i w:val="0"/>
                      <w:sz w:val="20"/>
                    </w:rPr>
                    <w:t>x − 1</w:t>
                  </w:r>
                </w:p>
                <w:p>
                  <w:pPr>
                    <w:spacing w:before="60" w:after="0"/>
                  </w:pPr>
                  <w:r>
                    <w:rPr>
                      <w:rFonts w:ascii="Calisto MT" w:hAnsi="Calisto MT" w:eastAsia="Calisto MT"/>
                      <w:b w:val="0"/>
                      <w:i w:val="0"/>
                      <w:sz w:val="20"/>
                    </w:rPr>
                    <w:t>Dashed:</w:t>
                  </w:r>
                </w:p>
                <w:p>
                  <w:pPr>
                    <w:spacing w:before="60" w:after="0"/>
                  </w:pPr>
                  <w:r>
                    <w:rPr>
                      <w:rFonts w:ascii="Calisto MT" w:hAnsi="Calisto MT" w:eastAsia="Calisto MT"/>
                      <w:b w:val="0"/>
                      <w:i w:val="0"/>
                      <w:sz w:val="20"/>
                    </w:rPr>
                    <w:t xml:space="preserve">y = </w:t>
                  </w:r>
                  <m:oMath>
                    <m:f>
                      <m:fPr>
                        <m:type m:val="bar"/>
                      </m:fPr>
                      <m:num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4</m:t>
                        </m:r>
                      </m:den>
                    </m:f>
                  </m:oMath>
                  <w:r>
                    <w:rPr>
                      <w:rFonts w:ascii="Calisto MT" w:hAnsi="Calisto MT" w:eastAsia="Calisto MT"/>
                      <w:b w:val="0"/>
                      <w:i w:val="0"/>
                      <w:sz w:val="20"/>
                    </w:rPr>
                    <w:t>x + 1</w:t>
                  </w:r>
                </w:p>
              </w:tc>
            </w:tr>
          </w:tbl>
          <w:p>
            <w:pPr>
              <w:spacing w:before="0" w:after="0" w:line="40" w:lineRule="exact"/>
            </w:pPr>
          </w:p>
        </w:tc>
      </w:tr>
      <w:tr>
        <w:trPr>
          <w:trHeight w:val="3744" w:hRule="atLeast"/>
          <w:cantSplit/>
        </w:trPr>
        <w:tc>
          <w:tcPr>
            <w:tcW w:type="dxa" w:w="3672"/>
            <w:vAlign w:val="top"/>
            <w:tcMar>
              <w:top w:w="0" w:type="dxa"/>
              <w:start w:w="55" w:type="dxa"/>
              <w:bottom w:w="40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7.</w:t>
            </w:r>
            <w:r>
              <w:t xml:space="preserve">   </w:t>
            </w: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Which graph shows this system?</w:t>
            </w:r>
          </w:p>
          <w:p>
            <w:pPr>
              <w:spacing w:before="60" w:after="0"/>
              <w:ind w:left="259"/>
              <w:jc w:val="left"/>
            </w:pP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y = 3x - 1   and   y = −</w:t>
            </w:r>
            <m:oMath>
              <m:f>
                <m:fPr>
                  <m:type m:val="bar"/>
                </m:fPr>
                <m:num>
                  <m:r>
                    <w:rPr>
                      <w:rFonts w:ascii="Cambria Math" w:hAnsi="Cambria Math"/>
                      <w:sz w:val="20"/>
                      <w:szCs w:val="20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0"/>
                      <w:szCs w:val="20"/>
                    </w:rPr>
                    <m:t>4</m:t>
                  </m:r>
                </m:den>
              </m:f>
            </m:oMath>
            <w:r>
              <w:rPr>
                <w:rFonts w:ascii="Calisto MT" w:hAnsi="Calisto MT" w:eastAsia="Calisto MT"/>
                <w:b w:val="0"/>
                <w:i w:val="0"/>
                <w:sz w:val="20"/>
              </w:rPr>
              <w:t>x - 1</w:t>
            </w:r>
          </w:p>
          <w:p>
            <w:pPr>
              <w:spacing w:before="40" w:after="40"/>
              <w:ind w:left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103120" cy="1740801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qrncqh4o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3120" cy="174080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672"/>
            <w:vAlign w:val="top"/>
            <w:tcMar>
              <w:top w:w="0" w:type="dxa"/>
              <w:start w:w="55" w:type="dxa"/>
              <w:bottom w:w="40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8.</w:t>
            </w:r>
            <w:r>
              <w:t xml:space="preserve">   </w:t>
            </w: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Which graph shows this system?</w:t>
            </w:r>
          </w:p>
          <w:p>
            <w:pPr>
              <w:spacing w:before="60" w:after="0"/>
              <w:ind w:left="259"/>
              <w:jc w:val="left"/>
            </w:pP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y = −</w:t>
            </w:r>
            <m:oMath>
              <m:f>
                <m:fPr>
                  <m:type m:val="bar"/>
                </m:fPr>
                <m:num>
                  <m:r>
                    <w:rPr>
                      <w:rFonts w:ascii="Cambria Math" w:hAnsi="Cambria Math"/>
                      <w:sz w:val="20"/>
                      <w:szCs w:val="20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  <w:sz w:val="20"/>
                      <w:szCs w:val="20"/>
                    </w:rPr>
                    <m:t>3</m:t>
                  </m:r>
                </m:den>
              </m:f>
            </m:oMath>
            <w:r>
              <w:rPr>
                <w:rFonts w:ascii="Calisto MT" w:hAnsi="Calisto MT" w:eastAsia="Calisto MT"/>
                <w:b w:val="0"/>
                <w:i w:val="0"/>
                <w:sz w:val="20"/>
              </w:rPr>
              <w:t>x + 2   and   y = -x + 3</w:t>
            </w:r>
          </w:p>
          <w:p>
            <w:pPr>
              <w:spacing w:before="40" w:after="40"/>
              <w:ind w:left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103120" cy="1740801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nbvi00w1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3120" cy="174080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672"/>
            <w:vAlign w:val="top"/>
            <w:tcMar>
              <w:top w:w="0" w:type="dxa"/>
              <w:start w:w="55" w:type="dxa"/>
              <w:bottom w:w="40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9.</w:t>
            </w:r>
            <w:r>
              <w:t xml:space="preserve">   </w:t>
            </w: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Which graph shows this system?</w:t>
            </w:r>
          </w:p>
          <w:p>
            <w:pPr>
              <w:spacing w:before="60" w:after="0"/>
              <w:ind w:left="259"/>
              <w:jc w:val="left"/>
            </w:pPr>
            <w:r>
              <w:rPr>
                <w:rFonts w:ascii="Cambria Math" w:hAnsi="Cambria Math" w:eastAsia="Cambria Math"/>
                <w:b w:val="0"/>
                <w:sz w:val="20"/>
              </w:rPr>
              <w:t>y = -2x   and   y = x - 3</w:t>
            </w:r>
          </w:p>
          <w:p>
            <w:pPr>
              <w:spacing w:before="40" w:after="40"/>
              <w:ind w:left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103120" cy="1740801"/>
                  <wp:docPr id="9" name="Picture 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75mbnafy.pn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3120" cy="174080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ageBreakBefore/>
        <w:spacing w:before="0" w:after="0" w:line="20" w:lineRule="exact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792"/>
        <w:gridCol w:w="3792"/>
        <w:gridCol w:w="3792"/>
      </w:tblGrid>
      <w:tr>
        <w:trPr>
          <w:trHeight w:val="3744" w:hRule="atLeast"/>
          <w:cantSplit/>
        </w:trPr>
        <w:tc>
          <w:tcPr>
            <w:tcW w:type="dxa" w:w="3672"/>
            <w:vAlign w:val="top"/>
            <w:tcMar>
              <w:top w:w="0" w:type="dxa"/>
              <w:start w:w="55" w:type="dxa"/>
              <w:bottom w:w="40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10.</w:t>
            </w:r>
            <w:r>
              <w:t xml:space="preserve">   </w:t>
            </w: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Graph the system and find the solution.</w:t>
            </w:r>
          </w:p>
          <w:p>
            <w:pPr>
              <w:spacing w:before="60" w:after="0"/>
              <w:ind w:left="259"/>
              <w:jc w:val="left"/>
            </w:pPr>
            <w:r>
              <w:rPr>
                <w:rFonts w:ascii="Cambria Math" w:hAnsi="Cambria Math" w:eastAsia="Cambria Math"/>
                <w:b w:val="0"/>
                <w:sz w:val="20"/>
              </w:rPr>
              <w:t>y = x + 4</w:t>
            </w:r>
          </w:p>
          <w:p>
            <w:pPr>
              <w:spacing w:before="60" w:after="0"/>
              <w:ind w:left="259"/>
              <w:jc w:val="left"/>
            </w:pP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y = −</w:t>
            </w:r>
            <m:oMath>
              <m:f>
                <m:fPr>
                  <m:type m:val="bar"/>
                </m:fPr>
                <m:num>
                  <m:r>
                    <w:rPr>
                      <w:rFonts w:ascii="Cambria Math" w:hAnsi="Cambria Math"/>
                      <w:sz w:val="20"/>
                      <w:szCs w:val="20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0"/>
                      <w:szCs w:val="20"/>
                    </w:rPr>
                    <m:t>2</m:t>
                  </m:r>
                </m:den>
              </m:f>
            </m:oMath>
            <w:r>
              <w:rPr>
                <w:rFonts w:ascii="Calisto MT" w:hAnsi="Calisto MT" w:eastAsia="Calisto MT"/>
                <w:b w:val="0"/>
                <w:i w:val="0"/>
                <w:sz w:val="20"/>
              </w:rPr>
              <w:t>x - 2</w:t>
            </w:r>
          </w:p>
          <w:p>
            <w:pPr>
              <w:spacing w:before="40" w:after="40"/>
              <w:ind w:left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828800" cy="1828800"/>
                  <wp:docPr id="10" name="Picture 1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a8x8seg9.pn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00" cy="1828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672"/>
            <w:vAlign w:val="top"/>
            <w:tcMar>
              <w:top w:w="0" w:type="dxa"/>
              <w:start w:w="55" w:type="dxa"/>
              <w:bottom w:w="40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11.</w:t>
            </w:r>
            <w:r>
              <w:t xml:space="preserve">   </w:t>
            </w: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Graph the system and find the solution.</w:t>
            </w:r>
          </w:p>
          <w:p>
            <w:pPr>
              <w:spacing w:before="60" w:after="0"/>
              <w:ind w:left="259"/>
              <w:jc w:val="left"/>
            </w:pPr>
            <w:r>
              <w:rPr>
                <w:rFonts w:ascii="Cambria Math" w:hAnsi="Cambria Math" w:eastAsia="Cambria Math"/>
                <w:b w:val="0"/>
                <w:sz w:val="20"/>
              </w:rPr>
              <w:t>y = -x - 3</w:t>
            </w:r>
          </w:p>
          <w:p>
            <w:pPr>
              <w:spacing w:before="60" w:after="0"/>
              <w:ind w:left="259"/>
              <w:jc w:val="left"/>
            </w:pPr>
            <w:r>
              <w:rPr>
                <w:rFonts w:ascii="Calisto MT" w:hAnsi="Calisto MT" w:eastAsia="Calisto MT"/>
                <w:b w:val="0"/>
                <w:i w:val="0"/>
                <w:sz w:val="20"/>
              </w:rPr>
              <w:t xml:space="preserve">y = </w:t>
            </w:r>
            <m:oMath>
              <m:f>
                <m:fPr>
                  <m:type m:val="bar"/>
                </m:fPr>
                <m:num>
                  <m:r>
                    <w:rPr>
                      <w:rFonts w:ascii="Cambria Math" w:hAnsi="Cambria Math"/>
                      <w:sz w:val="20"/>
                      <w:szCs w:val="20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0"/>
                      <w:szCs w:val="20"/>
                    </w:rPr>
                    <m:t>2</m:t>
                  </m:r>
                </m:den>
              </m:f>
            </m:oMath>
            <w:r>
              <w:rPr>
                <w:rFonts w:ascii="Calisto MT" w:hAnsi="Calisto MT" w:eastAsia="Calisto MT"/>
                <w:b w:val="0"/>
                <w:i w:val="0"/>
                <w:sz w:val="20"/>
              </w:rPr>
              <w:t>x</w:t>
            </w:r>
          </w:p>
          <w:p>
            <w:pPr>
              <w:spacing w:before="40" w:after="40"/>
              <w:ind w:left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828800" cy="1828800"/>
                  <wp:docPr id="11" name="Picture 1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a8x8seg9.pn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00" cy="1828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672"/>
            <w:vAlign w:val="top"/>
            <w:tcMar>
              <w:top w:w="0" w:type="dxa"/>
              <w:start w:w="55" w:type="dxa"/>
              <w:bottom w:w="40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12.</w:t>
            </w:r>
            <w:r>
              <w:t xml:space="preserve">   </w:t>
            </w: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Graph the system and find the solution.</w:t>
            </w:r>
          </w:p>
          <w:p>
            <w:pPr>
              <w:spacing w:before="60" w:after="0"/>
              <w:ind w:left="259"/>
              <w:jc w:val="left"/>
            </w:pPr>
            <w:r>
              <w:rPr>
                <w:rFonts w:ascii="Cambria Math" w:hAnsi="Cambria Math" w:eastAsia="Cambria Math"/>
                <w:b w:val="0"/>
                <w:sz w:val="20"/>
              </w:rPr>
              <w:t>y = -3x - 4</w:t>
            </w:r>
          </w:p>
          <w:p>
            <w:pPr>
              <w:spacing w:before="60" w:after="0"/>
              <w:ind w:left="259"/>
              <w:jc w:val="left"/>
            </w:pPr>
            <w:r>
              <w:rPr>
                <w:rFonts w:ascii="Calisto MT" w:hAnsi="Calisto MT" w:eastAsia="Calisto MT"/>
                <w:b w:val="0"/>
                <w:i w:val="0"/>
                <w:sz w:val="20"/>
              </w:rPr>
              <w:t xml:space="preserve">y = </w:t>
            </w:r>
            <m:oMath>
              <m:f>
                <m:fPr>
                  <m:type m:val="bar"/>
                </m:fPr>
                <m:num>
                  <m:r>
                    <w:rPr>
                      <w:rFonts w:ascii="Cambria Math" w:hAnsi="Cambria Math"/>
                      <w:sz w:val="20"/>
                      <w:szCs w:val="20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0"/>
                      <w:szCs w:val="20"/>
                    </w:rPr>
                    <m:t>3</m:t>
                  </m:r>
                </m:den>
              </m:f>
            </m:oMath>
            <w:r>
              <w:rPr>
                <w:rFonts w:ascii="Calisto MT" w:hAnsi="Calisto MT" w:eastAsia="Calisto MT"/>
                <w:b w:val="0"/>
                <w:i w:val="0"/>
                <w:sz w:val="20"/>
              </w:rPr>
              <w:t>x - 4</w:t>
            </w:r>
          </w:p>
          <w:p>
            <w:pPr>
              <w:spacing w:before="40" w:after="40"/>
              <w:ind w:left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828800" cy="1828800"/>
                  <wp:docPr id="12" name="Picture 1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a8x8seg9.pn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00" cy="1828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3744" w:hRule="atLeast"/>
          <w:cantSplit/>
        </w:trPr>
        <w:tc>
          <w:tcPr>
            <w:tcW w:type="dxa" w:w="3672"/>
            <w:vAlign w:val="top"/>
            <w:tcMar>
              <w:top w:w="0" w:type="dxa"/>
              <w:start w:w="55" w:type="dxa"/>
              <w:bottom w:w="40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13.</w:t>
            </w:r>
            <w:r>
              <w:t xml:space="preserve">   </w:t>
            </w: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Graph the system and find the solution.</w:t>
            </w:r>
          </w:p>
          <w:p>
            <w:pPr>
              <w:spacing w:before="60" w:after="0"/>
              <w:ind w:left="259"/>
              <w:jc w:val="left"/>
            </w:pPr>
            <w:r>
              <w:rPr>
                <w:rFonts w:ascii="Calisto MT" w:hAnsi="Calisto MT" w:eastAsia="Calisto MT"/>
                <w:b w:val="0"/>
                <w:i w:val="0"/>
                <w:sz w:val="20"/>
              </w:rPr>
              <w:t xml:space="preserve">y = </w:t>
            </w:r>
            <m:oMath>
              <m:f>
                <m:fPr>
                  <m:type m:val="bar"/>
                </m:fPr>
                <m:num>
                  <m:r>
                    <w:rPr>
                      <w:rFonts w:ascii="Cambria Math" w:hAnsi="Cambria Math"/>
                      <w:sz w:val="20"/>
                      <w:szCs w:val="20"/>
                    </w:rPr>
                    <m:t>5</m:t>
                  </m:r>
                </m:num>
                <m:den>
                  <m:r>
                    <w:rPr>
                      <w:rFonts w:ascii="Cambria Math" w:hAnsi="Cambria Math"/>
                      <w:sz w:val="20"/>
                      <w:szCs w:val="20"/>
                    </w:rPr>
                    <m:t>3</m:t>
                  </m:r>
                </m:den>
              </m:f>
            </m:oMath>
            <w:r>
              <w:rPr>
                <w:rFonts w:ascii="Calisto MT" w:hAnsi="Calisto MT" w:eastAsia="Calisto MT"/>
                <w:b w:val="0"/>
                <w:i w:val="0"/>
                <w:sz w:val="20"/>
              </w:rPr>
              <w:t>x - 4</w:t>
            </w:r>
          </w:p>
          <w:p>
            <w:pPr>
              <w:spacing w:before="60" w:after="0"/>
              <w:ind w:left="259"/>
              <w:jc w:val="left"/>
            </w:pPr>
            <w:r>
              <w:rPr>
                <w:rFonts w:ascii="Cambria Math" w:hAnsi="Cambria Math" w:eastAsia="Cambria Math"/>
                <w:b w:val="0"/>
                <w:sz w:val="20"/>
              </w:rPr>
              <w:t>y = -4</w:t>
            </w:r>
          </w:p>
          <w:p>
            <w:pPr>
              <w:spacing w:before="40" w:after="40"/>
              <w:ind w:left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828800" cy="1828800"/>
                  <wp:docPr id="13" name="Picture 1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a8x8seg9.pn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00" cy="1828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672"/>
            <w:vAlign w:val="top"/>
            <w:tcMar>
              <w:top w:w="0" w:type="dxa"/>
              <w:start w:w="55" w:type="dxa"/>
              <w:bottom w:w="40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14.</w:t>
            </w:r>
            <w:r>
              <w:t xml:space="preserve">   </w:t>
            </w: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Graph the system and find the solution.</w:t>
            </w:r>
          </w:p>
          <w:p>
            <w:pPr>
              <w:spacing w:before="60" w:after="0"/>
              <w:ind w:left="259"/>
              <w:jc w:val="left"/>
            </w:pPr>
            <w:r>
              <w:rPr>
                <w:rFonts w:ascii="Cambria Math" w:hAnsi="Cambria Math" w:eastAsia="Cambria Math"/>
                <w:b w:val="0"/>
                <w:sz w:val="20"/>
              </w:rPr>
              <w:t>y = -3</w:t>
            </w:r>
          </w:p>
          <w:p>
            <w:pPr>
              <w:spacing w:before="60" w:after="0"/>
              <w:ind w:left="259"/>
              <w:jc w:val="left"/>
            </w:pPr>
            <w:r>
              <w:rPr>
                <w:rFonts w:ascii="Cambria Math" w:hAnsi="Cambria Math" w:eastAsia="Cambria Math"/>
                <w:b w:val="0"/>
                <w:sz w:val="20"/>
              </w:rPr>
              <w:t>y = x - 1</w:t>
            </w:r>
          </w:p>
          <w:p>
            <w:pPr>
              <w:spacing w:before="40" w:after="40"/>
              <w:ind w:left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828800" cy="1828800"/>
                  <wp:docPr id="14" name="Picture 1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a8x8seg9.pn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00" cy="1828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672"/>
            <w:vAlign w:val="top"/>
            <w:tcMar>
              <w:top w:w="0" w:type="dxa"/>
              <w:start w:w="55" w:type="dxa"/>
              <w:bottom w:w="40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15.</w:t>
            </w:r>
            <w:r>
              <w:t xml:space="preserve">   </w:t>
            </w: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Graph the system and find the solution.</w:t>
            </w:r>
          </w:p>
          <w:p>
            <w:pPr>
              <w:spacing w:before="60" w:after="0"/>
              <w:ind w:left="259"/>
              <w:jc w:val="left"/>
            </w:pP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y = −</w:t>
            </w:r>
            <m:oMath>
              <m:f>
                <m:fPr>
                  <m:type m:val="bar"/>
                </m:fPr>
                <m:num>
                  <m:r>
                    <w:rPr>
                      <w:rFonts w:ascii="Cambria Math" w:hAnsi="Cambria Math"/>
                      <w:sz w:val="20"/>
                      <w:szCs w:val="20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0"/>
                      <w:szCs w:val="20"/>
                    </w:rPr>
                    <m:t>3</m:t>
                  </m:r>
                </m:den>
              </m:f>
            </m:oMath>
            <w:r>
              <w:rPr>
                <w:rFonts w:ascii="Calisto MT" w:hAnsi="Calisto MT" w:eastAsia="Calisto MT"/>
                <w:b w:val="0"/>
                <w:i w:val="0"/>
                <w:sz w:val="20"/>
              </w:rPr>
              <w:t>x + 3</w:t>
            </w:r>
          </w:p>
          <w:p>
            <w:pPr>
              <w:spacing w:before="60" w:after="0"/>
              <w:ind w:left="259"/>
              <w:jc w:val="left"/>
            </w:pPr>
            <w:r>
              <w:rPr>
                <w:rFonts w:ascii="Calisto MT" w:hAnsi="Calisto MT" w:eastAsia="Calisto MT"/>
                <w:b w:val="0"/>
                <w:i w:val="0"/>
                <w:sz w:val="20"/>
              </w:rPr>
              <w:t xml:space="preserve">y = </w:t>
            </w:r>
            <m:oMath>
              <m:f>
                <m:fPr>
                  <m:type m:val="bar"/>
                </m:fPr>
                <m:num>
                  <m:r>
                    <w:rPr>
                      <w:rFonts w:ascii="Cambria Math" w:hAnsi="Cambria Math"/>
                      <w:sz w:val="20"/>
                      <w:szCs w:val="20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  <w:sz w:val="20"/>
                      <w:szCs w:val="20"/>
                    </w:rPr>
                    <m:t>3</m:t>
                  </m:r>
                </m:den>
              </m:f>
            </m:oMath>
            <w:r>
              <w:rPr>
                <w:rFonts w:ascii="Calisto MT" w:hAnsi="Calisto MT" w:eastAsia="Calisto MT"/>
                <w:b w:val="0"/>
                <w:i w:val="0"/>
                <w:sz w:val="20"/>
              </w:rPr>
              <w:t>x + 3</w:t>
            </w:r>
          </w:p>
          <w:p>
            <w:pPr>
              <w:spacing w:before="40" w:after="40"/>
              <w:ind w:left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828800" cy="1828800"/>
                  <wp:docPr id="15" name="Picture 1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a8x8seg9.pn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00" cy="1828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3744" w:hRule="atLeast"/>
          <w:cantSplit/>
        </w:trPr>
        <w:tc>
          <w:tcPr>
            <w:tcW w:type="dxa" w:w="3672"/>
            <w:vAlign w:val="top"/>
            <w:tcMar>
              <w:top w:w="0" w:type="dxa"/>
              <w:start w:w="55" w:type="dxa"/>
              <w:bottom w:w="40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16.</w:t>
            </w:r>
            <w:r>
              <w:t xml:space="preserve">   </w:t>
            </w:r>
            <w:r>
              <w:rPr>
                <w:rFonts w:ascii="Calisto MT" w:hAnsi="Calisto MT" w:eastAsia="Calisto MT"/>
                <w:b w:val="0"/>
                <w:i w:val="0"/>
                <w:sz w:val="20"/>
              </w:rPr>
              <w:t xml:space="preserve">The solution to the system is </w:t>
            </w:r>
            <w:r>
              <w:br/>
            </w:r>
            <w:r>
              <w:rPr>
                <w:rFonts w:ascii="Cambria Math" w:hAnsi="Cambria Math" w:eastAsia="Cambria Math"/>
                <w:sz w:val="20"/>
              </w:rPr>
              <w:t>(⁠4,⁠ 1⁠)</w:t>
            </w: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. One equation is graphed. Select all the equations that could be the other equation in the system.</w:t>
            </w:r>
          </w:p>
          <w:p>
            <w:pPr>
              <w:spacing w:before="40" w:after="40"/>
              <w:ind w:left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280160" cy="1280160"/>
                  <wp:docPr id="16" name="Picture 1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5qp0_zqx.pn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0160" cy="128016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40" w:after="0"/>
              <w:ind w:left="778" w:hanging="518"/>
              <w:jc w:val="left"/>
            </w:pP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☐ A)</w:t>
              <w:tab/>
            </w:r>
            <w:r>
              <w:rPr>
                <w:rFonts w:ascii="Cambria Math" w:hAnsi="Cambria Math" w:eastAsia="Cambria Math"/>
                <w:b w:val="0"/>
                <w:sz w:val="20"/>
              </w:rPr>
              <w:t>y = 2x - 6</w:t>
            </w:r>
          </w:p>
          <w:p>
            <w:pPr>
              <w:spacing w:before="40" w:after="0"/>
              <w:ind w:left="778" w:hanging="518"/>
              <w:jc w:val="left"/>
            </w:pP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☐ B)</w:t>
              <w:tab/>
            </w:r>
            <w:r>
              <w:rPr>
                <w:rFonts w:ascii="Cambria Math" w:hAnsi="Cambria Math" w:eastAsia="Cambria Math"/>
                <w:b w:val="0"/>
                <w:sz w:val="20"/>
              </w:rPr>
              <w:t>y = -x + 5</w:t>
            </w:r>
          </w:p>
          <w:p>
            <w:pPr>
              <w:spacing w:before="40" w:after="0"/>
              <w:ind w:left="778" w:hanging="518"/>
              <w:jc w:val="left"/>
            </w:pP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☐ C)</w:t>
              <w:tab/>
            </w:r>
            <w:r>
              <w:rPr>
                <w:rFonts w:ascii="Cambria Math" w:hAnsi="Cambria Math" w:eastAsia="Cambria Math"/>
                <w:b w:val="0"/>
                <w:sz w:val="20"/>
              </w:rPr>
              <w:t>y = 2x - 7</w:t>
            </w:r>
          </w:p>
          <w:p>
            <w:pPr>
              <w:spacing w:before="40" w:after="0"/>
              <w:ind w:left="778" w:hanging="518"/>
              <w:jc w:val="left"/>
            </w:pP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☐ D)</w:t>
              <w:tab/>
            </w: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y = −</w:t>
            </w:r>
            <m:oMath>
              <m:f>
                <m:fPr>
                  <m:type m:val="bar"/>
                </m:fPr>
                <m:num>
                  <m:r>
                    <w:rPr>
                      <w:rFonts w:ascii="Cambria Math" w:hAnsi="Cambria Math"/>
                      <w:sz w:val="20"/>
                      <w:szCs w:val="20"/>
                    </w:rPr>
                    <m:t>7</m:t>
                  </m:r>
                </m:num>
                <m:den>
                  <m:r>
                    <w:rPr>
                      <w:rFonts w:ascii="Cambria Math" w:hAnsi="Cambria Math"/>
                      <w:sz w:val="20"/>
                      <w:szCs w:val="20"/>
                    </w:rPr>
                    <m:t>4</m:t>
                  </m:r>
                </m:den>
              </m:f>
            </m:oMath>
            <w:r>
              <w:rPr>
                <w:rFonts w:ascii="Calisto MT" w:hAnsi="Calisto MT" w:eastAsia="Calisto MT"/>
                <w:b w:val="0"/>
                <w:i w:val="0"/>
                <w:sz w:val="20"/>
              </w:rPr>
              <w:t>x + 8</w:t>
            </w:r>
          </w:p>
        </w:tc>
        <w:tc>
          <w:tcPr>
            <w:tcW w:type="dxa" w:w="3672"/>
            <w:vAlign w:val="top"/>
            <w:tcMar>
              <w:top w:w="0" w:type="dxa"/>
              <w:start w:w="55" w:type="dxa"/>
              <w:bottom w:w="40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17.</w:t>
            </w:r>
            <w:r>
              <w:t xml:space="preserve">   </w:t>
            </w:r>
            <w:r>
              <w:rPr>
                <w:rFonts w:ascii="Calisto MT" w:hAnsi="Calisto MT" w:eastAsia="Calisto MT"/>
                <w:b w:val="0"/>
                <w:i w:val="0"/>
                <w:sz w:val="20"/>
              </w:rPr>
              <w:t xml:space="preserve">The solution to the system is </w:t>
            </w:r>
            <w:r>
              <w:br/>
            </w:r>
            <w:r>
              <w:rPr>
                <w:rFonts w:ascii="Cambria Math" w:hAnsi="Cambria Math" w:eastAsia="Cambria Math"/>
                <w:sz w:val="20"/>
              </w:rPr>
              <w:t>(⁠0,⁠ -⁠2⁠)</w:t>
            </w: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. One equation is graphed. Select all the equations that could be the other equation in the system.</w:t>
            </w:r>
          </w:p>
          <w:p>
            <w:pPr>
              <w:spacing w:before="40" w:after="40"/>
              <w:ind w:left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280160" cy="1280160"/>
                  <wp:docPr id="17" name="Picture 1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dt0f2b2h.png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0160" cy="128016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40" w:after="0"/>
              <w:ind w:left="778" w:hanging="518"/>
              <w:jc w:val="left"/>
            </w:pP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☐ A)</w:t>
              <w:tab/>
            </w:r>
            <w:r>
              <w:rPr>
                <w:rFonts w:ascii="Cambria Math" w:hAnsi="Cambria Math" w:eastAsia="Cambria Math"/>
                <w:b w:val="0"/>
                <w:sz w:val="20"/>
              </w:rPr>
              <w:t>y = 3x - 1</w:t>
            </w:r>
          </w:p>
          <w:p>
            <w:pPr>
              <w:spacing w:before="40" w:after="0"/>
              <w:ind w:left="778" w:hanging="518"/>
              <w:jc w:val="left"/>
            </w:pP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☐ B)</w:t>
              <w:tab/>
            </w:r>
            <w:r>
              <w:rPr>
                <w:rFonts w:ascii="Calisto MT" w:hAnsi="Calisto MT" w:eastAsia="Calisto MT"/>
                <w:b w:val="0"/>
                <w:i w:val="0"/>
                <w:sz w:val="20"/>
              </w:rPr>
              <w:t xml:space="preserve">y = </w:t>
            </w:r>
            <m:oMath>
              <m:f>
                <m:fPr>
                  <m:type m:val="bar"/>
                </m:fPr>
                <m:num>
                  <m:r>
                    <w:rPr>
                      <w:rFonts w:ascii="Cambria Math" w:hAnsi="Cambria Math"/>
                      <w:sz w:val="20"/>
                      <w:szCs w:val="20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0"/>
                      <w:szCs w:val="20"/>
                    </w:rPr>
                    <m:t>3</m:t>
                  </m:r>
                </m:den>
              </m:f>
            </m:oMath>
            <w:r>
              <w:rPr>
                <w:rFonts w:ascii="Calisto MT" w:hAnsi="Calisto MT" w:eastAsia="Calisto MT"/>
                <w:b w:val="0"/>
                <w:i w:val="0"/>
                <w:sz w:val="20"/>
              </w:rPr>
              <w:t>x - 2</w:t>
            </w:r>
          </w:p>
          <w:p>
            <w:pPr>
              <w:spacing w:before="40" w:after="0"/>
              <w:ind w:left="778" w:hanging="518"/>
              <w:jc w:val="left"/>
            </w:pP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☐ C)</w:t>
              <w:tab/>
            </w: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y = −</w:t>
            </w:r>
            <m:oMath>
              <m:f>
                <m:fPr>
                  <m:type m:val="bar"/>
                </m:fPr>
                <m:num>
                  <m:r>
                    <w:rPr>
                      <w:rFonts w:ascii="Cambria Math" w:hAnsi="Cambria Math"/>
                      <w:sz w:val="20"/>
                      <w:szCs w:val="20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0"/>
                      <w:szCs w:val="20"/>
                    </w:rPr>
                    <m:t>3</m:t>
                  </m:r>
                </m:den>
              </m:f>
            </m:oMath>
            <w:r>
              <w:rPr>
                <w:rFonts w:ascii="Calisto MT" w:hAnsi="Calisto MT" w:eastAsia="Calisto MT"/>
                <w:b w:val="0"/>
                <w:i w:val="0"/>
                <w:sz w:val="20"/>
              </w:rPr>
              <w:t>x - 2</w:t>
            </w:r>
          </w:p>
          <w:p>
            <w:pPr>
              <w:spacing w:before="40" w:after="0"/>
              <w:ind w:left="778" w:hanging="518"/>
              <w:jc w:val="left"/>
            </w:pP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☐ D)</w:t>
              <w:tab/>
            </w: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y = −</w:t>
            </w:r>
            <m:oMath>
              <m:f>
                <m:fPr>
                  <m:type m:val="bar"/>
                </m:fPr>
                <m:num>
                  <m:r>
                    <w:rPr>
                      <w:rFonts w:ascii="Cambria Math" w:hAnsi="Cambria Math"/>
                      <w:sz w:val="20"/>
                      <w:szCs w:val="20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0"/>
                      <w:szCs w:val="20"/>
                    </w:rPr>
                    <m:t>4</m:t>
                  </m:r>
                </m:den>
              </m:f>
            </m:oMath>
            <w:r>
              <w:rPr>
                <w:rFonts w:ascii="Calisto MT" w:hAnsi="Calisto MT" w:eastAsia="Calisto MT"/>
                <w:b w:val="0"/>
                <w:i w:val="0"/>
                <w:sz w:val="20"/>
              </w:rPr>
              <w:t>x - 2</w:t>
            </w:r>
          </w:p>
        </w:tc>
        <w:tc>
          <w:tcPr>
            <w:tcW w:type="dxa" w:w="3672"/>
            <w:vAlign w:val="top"/>
            <w:tcMar>
              <w:top w:w="0" w:type="dxa"/>
              <w:start w:w="55" w:type="dxa"/>
              <w:bottom w:w="40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18.</w:t>
            </w:r>
            <w:r>
              <w:t xml:space="preserve">   </w:t>
            </w:r>
            <w:r>
              <w:rPr>
                <w:rFonts w:ascii="Calisto MT" w:hAnsi="Calisto MT" w:eastAsia="Calisto MT"/>
                <w:b w:val="0"/>
                <w:i w:val="0"/>
                <w:sz w:val="20"/>
              </w:rPr>
              <w:t xml:space="preserve">The solution to the system is </w:t>
            </w:r>
            <w:r>
              <w:br/>
            </w:r>
            <w:r>
              <w:rPr>
                <w:rFonts w:ascii="Cambria Math" w:hAnsi="Cambria Math" w:eastAsia="Cambria Math"/>
                <w:sz w:val="20"/>
              </w:rPr>
              <w:t>(⁠2,⁠ -⁠4⁠)</w:t>
            </w: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. One equation is graphed. Select all the equations that could be the other equation in the system.</w:t>
            </w:r>
          </w:p>
          <w:p>
            <w:pPr>
              <w:spacing w:before="40" w:after="40"/>
              <w:ind w:left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280160" cy="1280160"/>
                  <wp:docPr id="18" name="Picture 1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syeds5oq.png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0160" cy="128016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40" w:after="0"/>
              <w:ind w:left="778" w:hanging="518"/>
              <w:jc w:val="left"/>
            </w:pP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☐ A)</w:t>
              <w:tab/>
            </w:r>
            <w:r>
              <w:rPr>
                <w:rFonts w:ascii="Cambria Math" w:hAnsi="Cambria Math" w:eastAsia="Cambria Math"/>
                <w:b w:val="0"/>
                <w:sz w:val="20"/>
              </w:rPr>
              <w:t>y = -x - 1</w:t>
            </w:r>
          </w:p>
          <w:p>
            <w:pPr>
              <w:spacing w:before="40" w:after="0"/>
              <w:ind w:left="778" w:hanging="518"/>
              <w:jc w:val="left"/>
            </w:pP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☐ B)</w:t>
              <w:tab/>
            </w:r>
            <w:r>
              <w:rPr>
                <w:rFonts w:ascii="Cambria Math" w:hAnsi="Cambria Math" w:eastAsia="Cambria Math"/>
                <w:b w:val="0"/>
                <w:sz w:val="20"/>
              </w:rPr>
              <w:t>y = -x - 2</w:t>
            </w:r>
          </w:p>
          <w:p>
            <w:pPr>
              <w:spacing w:before="40" w:after="0"/>
              <w:ind w:left="778" w:hanging="518"/>
              <w:jc w:val="left"/>
            </w:pP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☐ C)</w:t>
              <w:tab/>
            </w:r>
            <w:r>
              <w:rPr>
                <w:rFonts w:ascii="Cambria Math" w:hAnsi="Cambria Math" w:eastAsia="Cambria Math"/>
                <w:b w:val="0"/>
                <w:sz w:val="20"/>
              </w:rPr>
              <w:t>y = x - 2</w:t>
            </w:r>
          </w:p>
          <w:p>
            <w:pPr>
              <w:spacing w:before="40" w:after="0"/>
              <w:ind w:left="778" w:hanging="518"/>
              <w:jc w:val="left"/>
            </w:pP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☐ D)</w:t>
              <w:tab/>
            </w:r>
            <w:r>
              <w:rPr>
                <w:rFonts w:ascii="Cambria Math" w:hAnsi="Cambria Math" w:eastAsia="Cambria Math"/>
                <w:b w:val="0"/>
                <w:sz w:val="20"/>
              </w:rPr>
              <w:t>y = -3x + 2</w:t>
            </w:r>
          </w:p>
        </w:tc>
      </w:tr>
    </w:tbl>
    <w:p>
      <w:pPr>
        <w:pageBreakBefore/>
        <w:spacing w:before="0" w:after="0" w:line="20" w:lineRule="exact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792"/>
        <w:gridCol w:w="3792"/>
        <w:gridCol w:w="3792"/>
      </w:tblGrid>
      <w:tr>
        <w:trPr>
          <w:trHeight w:val="3744" w:hRule="atLeast"/>
          <w:cantSplit/>
        </w:trPr>
        <w:tc>
          <w:tcPr>
            <w:tcW w:type="dxa" w:w="3672"/>
            <w:vAlign w:val="top"/>
            <w:tcMar>
              <w:top w:w="0" w:type="dxa"/>
              <w:start w:w="55" w:type="dxa"/>
              <w:bottom w:w="40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19.</w:t>
            </w:r>
            <w:r>
              <w:t xml:space="preserve">   </w:t>
            </w: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Here is the graph of one equation in a system. Write a second equation so the system has no solution.</w:t>
            </w:r>
          </w:p>
          <w:p>
            <w:pPr>
              <w:spacing w:before="40" w:after="40"/>
              <w:ind w:left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600200" cy="1600200"/>
                  <wp:docPr id="19" name="Picture 1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p_jv1wfc.png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0200" cy="16002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672"/>
            <w:vAlign w:val="top"/>
            <w:tcMar>
              <w:top w:w="0" w:type="dxa"/>
              <w:start w:w="55" w:type="dxa"/>
              <w:bottom w:w="40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20.</w:t>
            </w:r>
            <w:r>
              <w:t xml:space="preserve">   </w:t>
            </w: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Here is the graph of one equation in a system. Write a second equation so the system has infinitely many solutions.</w:t>
            </w:r>
          </w:p>
          <w:p>
            <w:pPr>
              <w:spacing w:before="40" w:after="40"/>
              <w:ind w:left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600200" cy="1600200"/>
                  <wp:docPr id="20" name="Picture 2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1hcd3lzm.png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0200" cy="16002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672"/>
            <w:vAlign w:val="top"/>
            <w:tcMar>
              <w:top w:w="0" w:type="dxa"/>
              <w:start w:w="55" w:type="dxa"/>
              <w:bottom w:w="40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21.</w:t>
            </w:r>
            <w:r>
              <w:t xml:space="preserve">   </w:t>
            </w: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Here is the graph of one equation in a system. Write a second equation so the system has exactly one solution.</w:t>
            </w:r>
          </w:p>
          <w:p>
            <w:pPr>
              <w:spacing w:before="40" w:after="40"/>
              <w:ind w:left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600200" cy="1600200"/>
                  <wp:docPr id="21" name="Picture 2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fzieujrs.png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0200" cy="16002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3744" w:hRule="atLeast"/>
          <w:cantSplit/>
        </w:trPr>
        <w:tc>
          <w:tcPr>
            <w:tcW w:type="dxa" w:w="3672"/>
            <w:vAlign w:val="top"/>
            <w:tcMar>
              <w:top w:w="0" w:type="dxa"/>
              <w:start w:w="55" w:type="dxa"/>
              <w:bottom w:w="40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22.</w:t>
            </w:r>
            <w:r>
              <w:t xml:space="preserve">   </w:t>
            </w:r>
            <w:r>
              <w:rPr>
                <w:rFonts w:ascii="Calisto MT" w:hAnsi="Calisto MT" w:eastAsia="Calisto MT"/>
                <w:b w:val="0"/>
                <w:i w:val="0"/>
                <w:sz w:val="20"/>
              </w:rPr>
              <w:t xml:space="preserve">Alley Cat </w:t>
            </w: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(⁠A⁠)</w:t>
            </w:r>
            <w:r>
              <w:rPr>
                <w:rFonts w:ascii="Calisto MT" w:hAnsi="Calisto MT" w:eastAsia="Calisto MT"/>
                <w:b w:val="0"/>
                <w:i w:val="0"/>
                <w:sz w:val="20"/>
              </w:rPr>
              <w:t xml:space="preserve"> and Pin Palace </w:t>
            </w: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(⁠P⁠)</w:t>
            </w:r>
            <w:r>
              <w:rPr>
                <w:rFonts w:ascii="Calisto MT" w:hAnsi="Calisto MT" w:eastAsia="Calisto MT"/>
                <w:b w:val="0"/>
                <w:i w:val="0"/>
                <w:sz w:val="20"/>
              </w:rPr>
              <w:t xml:space="preserve"> charge for shoes plus each game.</w:t>
            </w:r>
          </w:p>
          <w:p>
            <w:pPr>
              <w:spacing w:before="40" w:after="40"/>
              <w:ind w:left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371600" cy="1371600"/>
                  <wp:docPr id="22" name="Picture 2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lbv3rz7g.png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1371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120" w:after="0"/>
              <w:ind w:left="259"/>
              <w:jc w:val="left"/>
            </w:pPr>
            <w:r>
              <w:rPr>
                <w:rFonts w:ascii="Calisto MT" w:hAnsi="Calisto MT" w:eastAsia="Calisto MT"/>
                <w:b/>
                <w:i w:val="0"/>
                <w:sz w:val="20"/>
              </w:rPr>
              <w:t xml:space="preserve">Part A:  </w:t>
            </w: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Write both equations.</w:t>
            </w:r>
          </w:p>
          <w:p>
            <w:pPr>
              <w:spacing w:before="0" w:after="280"/>
              <w:ind w:left="259"/>
              <w:jc w:val="left"/>
            </w:pPr>
          </w:p>
          <w:p>
            <w:pPr>
              <w:spacing w:before="120" w:after="0"/>
              <w:ind w:left="259"/>
              <w:jc w:val="left"/>
            </w:pPr>
            <w:r>
              <w:rPr>
                <w:rFonts w:ascii="Calisto MT" w:hAnsi="Calisto MT" w:eastAsia="Calisto MT"/>
                <w:b/>
                <w:i w:val="0"/>
                <w:sz w:val="20"/>
              </w:rPr>
              <w:t xml:space="preserve">Part B:  </w:t>
            </w: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What does the crossing mean?</w:t>
            </w:r>
          </w:p>
          <w:p>
            <w:pPr>
              <w:spacing w:before="0" w:after="280"/>
              <w:ind w:left="259"/>
              <w:jc w:val="left"/>
            </w:pPr>
          </w:p>
        </w:tc>
        <w:tc>
          <w:tcPr>
            <w:tcW w:type="dxa" w:w="3672"/>
            <w:vAlign w:val="top"/>
            <w:tcMar>
              <w:top w:w="0" w:type="dxa"/>
              <w:start w:w="55" w:type="dxa"/>
              <w:bottom w:w="40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23.</w:t>
            </w:r>
            <w:r>
              <w:t xml:space="preserve">   </w:t>
            </w:r>
            <w:r>
              <w:rPr>
                <w:rFonts w:ascii="Calisto MT" w:hAnsi="Calisto MT" w:eastAsia="Calisto MT"/>
                <w:b w:val="0"/>
                <w:i w:val="0"/>
                <w:sz w:val="20"/>
              </w:rPr>
              <w:t xml:space="preserve">U-Move </w:t>
            </w: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(⁠U⁠)</w:t>
            </w:r>
            <w:r>
              <w:rPr>
                <w:rFonts w:ascii="Calisto MT" w:hAnsi="Calisto MT" w:eastAsia="Calisto MT"/>
                <w:b w:val="0"/>
                <w:i w:val="0"/>
                <w:sz w:val="20"/>
              </w:rPr>
              <w:t xml:space="preserve"> and Truck Town </w:t>
            </w: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(⁠T⁠)</w:t>
            </w:r>
            <w:r>
              <w:rPr>
                <w:rFonts w:ascii="Calisto MT" w:hAnsi="Calisto MT" w:eastAsia="Calisto MT"/>
                <w:b w:val="0"/>
                <w:i w:val="0"/>
                <w:sz w:val="20"/>
              </w:rPr>
              <w:t xml:space="preserve"> rent trucks for a fee plus each day.</w:t>
            </w:r>
          </w:p>
          <w:p>
            <w:pPr>
              <w:spacing w:before="40" w:after="40"/>
              <w:ind w:left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371600" cy="1371600"/>
                  <wp:docPr id="23" name="Picture 2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ikiliwui.png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1371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120" w:after="0"/>
              <w:ind w:left="259"/>
              <w:jc w:val="left"/>
            </w:pPr>
            <w:r>
              <w:rPr>
                <w:rFonts w:ascii="Calisto MT" w:hAnsi="Calisto MT" w:eastAsia="Calisto MT"/>
                <w:b/>
                <w:i w:val="0"/>
                <w:sz w:val="20"/>
              </w:rPr>
              <w:t xml:space="preserve">Part A:  </w:t>
            </w: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Write both equations.</w:t>
            </w:r>
          </w:p>
          <w:p>
            <w:pPr>
              <w:spacing w:before="0" w:after="280"/>
              <w:ind w:left="259"/>
              <w:jc w:val="left"/>
            </w:pPr>
          </w:p>
          <w:p>
            <w:pPr>
              <w:spacing w:before="120" w:after="0"/>
              <w:ind w:left="259"/>
              <w:jc w:val="left"/>
            </w:pPr>
            <w:r>
              <w:rPr>
                <w:rFonts w:ascii="Calisto MT" w:hAnsi="Calisto MT" w:eastAsia="Calisto MT"/>
                <w:b/>
                <w:i w:val="0"/>
                <w:sz w:val="20"/>
              </w:rPr>
              <w:t xml:space="preserve">Part B:  </w:t>
            </w: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What does the crossing mean?</w:t>
            </w:r>
          </w:p>
          <w:p>
            <w:pPr>
              <w:spacing w:before="0" w:after="280"/>
              <w:ind w:left="259"/>
              <w:jc w:val="left"/>
            </w:pPr>
          </w:p>
        </w:tc>
        <w:tc>
          <w:tcPr>
            <w:tcW w:type="dxa" w:w="3672"/>
            <w:vAlign w:val="top"/>
            <w:tcMar>
              <w:top w:w="0" w:type="dxa"/>
              <w:start w:w="55" w:type="dxa"/>
              <w:bottom w:w="40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24.</w:t>
            </w:r>
            <w:r>
              <w:t xml:space="preserve">   </w:t>
            </w:r>
            <w:r>
              <w:rPr>
                <w:rFonts w:ascii="Calisto MT" w:hAnsi="Calisto MT" w:eastAsia="Calisto MT"/>
                <w:b w:val="0"/>
                <w:i w:val="0"/>
                <w:sz w:val="20"/>
              </w:rPr>
              <w:t xml:space="preserve">Dr. Patel </w:t>
            </w: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(⁠P⁠)</w:t>
            </w:r>
            <w:r>
              <w:rPr>
                <w:rFonts w:ascii="Calisto MT" w:hAnsi="Calisto MT" w:eastAsia="Calisto MT"/>
                <w:b w:val="0"/>
                <w:i w:val="0"/>
                <w:sz w:val="20"/>
              </w:rPr>
              <w:t xml:space="preserve"> and Ms. Lee </w:t>
            </w: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(⁠L⁠)</w:t>
            </w:r>
            <w:r>
              <w:rPr>
                <w:rFonts w:ascii="Calisto MT" w:hAnsi="Calisto MT" w:eastAsia="Calisto MT"/>
                <w:b w:val="0"/>
                <w:i w:val="0"/>
                <w:sz w:val="20"/>
              </w:rPr>
              <w:t xml:space="preserve"> tutor for a fee plus an hourly rate.</w:t>
            </w:r>
          </w:p>
          <w:p>
            <w:pPr>
              <w:spacing w:before="40" w:after="40"/>
              <w:ind w:left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371600" cy="1371600"/>
                  <wp:docPr id="24" name="Picture 2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gfh4m1ga.png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1371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120" w:after="0"/>
              <w:ind w:left="259"/>
              <w:jc w:val="left"/>
            </w:pPr>
            <w:r>
              <w:rPr>
                <w:rFonts w:ascii="Calisto MT" w:hAnsi="Calisto MT" w:eastAsia="Calisto MT"/>
                <w:b/>
                <w:i w:val="0"/>
                <w:sz w:val="20"/>
              </w:rPr>
              <w:t xml:space="preserve">Part A:  </w:t>
            </w: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Write both equations.</w:t>
            </w:r>
          </w:p>
          <w:p>
            <w:pPr>
              <w:spacing w:before="0" w:after="280"/>
              <w:ind w:left="259"/>
              <w:jc w:val="left"/>
            </w:pPr>
          </w:p>
          <w:p>
            <w:pPr>
              <w:spacing w:before="120" w:after="0"/>
              <w:ind w:left="259"/>
              <w:jc w:val="left"/>
            </w:pPr>
            <w:r>
              <w:rPr>
                <w:rFonts w:ascii="Calisto MT" w:hAnsi="Calisto MT" w:eastAsia="Calisto MT"/>
                <w:b/>
                <w:i w:val="0"/>
                <w:sz w:val="20"/>
              </w:rPr>
              <w:t xml:space="preserve">Part B:  </w:t>
            </w: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What does the crossing mean?</w:t>
            </w:r>
          </w:p>
          <w:p>
            <w:pPr>
              <w:spacing w:before="0" w:after="280"/>
              <w:ind w:left="259"/>
              <w:jc w:val="left"/>
            </w:pPr>
          </w:p>
        </w:tc>
      </w:tr>
      <w:tr>
        <w:trPr>
          <w:trHeight w:val="3744" w:hRule="atLeast"/>
          <w:cantSplit/>
        </w:trPr>
        <w:tc>
          <w:tcPr>
            <w:tcW w:type="dxa" w:w="3672"/>
            <w:vAlign w:val="top"/>
            <w:tcMar>
              <w:top w:w="0" w:type="dxa"/>
              <w:start w:w="55" w:type="dxa"/>
              <w:bottom w:w="40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25.</w:t>
            </w:r>
            <w:r>
              <w:t xml:space="preserve">   </w:t>
            </w: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Graph the system and find the solution.</w:t>
            </w:r>
          </w:p>
          <w:p>
            <w:pPr>
              <w:spacing w:before="60" w:after="0"/>
              <w:ind w:left="259"/>
              <w:jc w:val="left"/>
            </w:pPr>
            <w:r>
              <w:rPr>
                <w:rFonts w:ascii="Cambria Math" w:hAnsi="Cambria Math" w:eastAsia="Cambria Math"/>
                <w:b w:val="0"/>
                <w:sz w:val="20"/>
              </w:rPr>
              <w:t>7x - 4y = 0</w:t>
            </w:r>
          </w:p>
          <w:p>
            <w:pPr>
              <w:spacing w:before="60" w:after="0"/>
              <w:ind w:left="259"/>
              <w:jc w:val="left"/>
            </w:pP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y = −</w:t>
            </w:r>
            <m:oMath>
              <m:f>
                <m:fPr>
                  <m:type m:val="bar"/>
                </m:fPr>
                <m:num>
                  <m:r>
                    <w:rPr>
                      <w:rFonts w:ascii="Cambria Math" w:hAnsi="Cambria Math"/>
                      <w:sz w:val="20"/>
                      <w:szCs w:val="20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  <w:sz w:val="20"/>
                      <w:szCs w:val="20"/>
                    </w:rPr>
                    <m:t>2</m:t>
                  </m:r>
                </m:den>
              </m:f>
            </m:oMath>
            <w:r>
              <w:rPr>
                <w:rFonts w:ascii="Calisto MT" w:hAnsi="Calisto MT" w:eastAsia="Calisto MT"/>
                <w:b w:val="0"/>
                <w:i w:val="0"/>
                <w:sz w:val="20"/>
              </w:rPr>
              <w:t>x</w:t>
            </w:r>
          </w:p>
          <w:p>
            <w:pPr>
              <w:spacing w:before="40" w:after="40"/>
              <w:ind w:left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828800" cy="1828800"/>
                  <wp:docPr id="25" name="Picture 2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a8x8seg9.pn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00" cy="1828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672"/>
            <w:vAlign w:val="top"/>
            <w:tcMar>
              <w:top w:w="0" w:type="dxa"/>
              <w:start w:w="55" w:type="dxa"/>
              <w:bottom w:w="40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26.</w:t>
            </w:r>
            <w:r>
              <w:t xml:space="preserve">   </w:t>
            </w: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Graph the system and find the solution.</w:t>
            </w:r>
          </w:p>
          <w:p>
            <w:pPr>
              <w:spacing w:before="60" w:after="0"/>
              <w:ind w:left="259"/>
              <w:jc w:val="left"/>
            </w:pP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y = −</w:t>
            </w:r>
            <m:oMath>
              <m:f>
                <m:fPr>
                  <m:type m:val="bar"/>
                </m:fPr>
                <m:num>
                  <m:r>
                    <w:rPr>
                      <w:rFonts w:ascii="Cambria Math" w:hAnsi="Cambria Math"/>
                      <w:sz w:val="20"/>
                      <w:szCs w:val="20"/>
                    </w:rPr>
                    <m:t>7</m:t>
                  </m:r>
                </m:num>
                <m:den>
                  <m:r>
                    <w:rPr>
                      <w:rFonts w:ascii="Cambria Math" w:hAnsi="Cambria Math"/>
                      <w:sz w:val="20"/>
                      <w:szCs w:val="20"/>
                    </w:rPr>
                    <m:t>4</m:t>
                  </m:r>
                </m:den>
              </m:f>
            </m:oMath>
            <w:r>
              <w:rPr>
                <w:rFonts w:ascii="Calisto MT" w:hAnsi="Calisto MT" w:eastAsia="Calisto MT"/>
                <w:b w:val="0"/>
                <w:i w:val="0"/>
                <w:sz w:val="20"/>
              </w:rPr>
              <w:t>x - 4</w:t>
            </w:r>
          </w:p>
          <w:p>
            <w:pPr>
              <w:spacing w:before="60" w:after="0"/>
              <w:ind w:left="259"/>
              <w:jc w:val="left"/>
            </w:pPr>
            <w:r>
              <w:rPr>
                <w:rFonts w:ascii="Cambria Math" w:hAnsi="Cambria Math" w:eastAsia="Cambria Math"/>
                <w:b w:val="0"/>
                <w:sz w:val="20"/>
              </w:rPr>
              <w:t>y = -4</w:t>
            </w:r>
          </w:p>
          <w:p>
            <w:pPr>
              <w:spacing w:before="40" w:after="40"/>
              <w:ind w:left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828800" cy="1828800"/>
                  <wp:docPr id="26" name="Picture 2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a8x8seg9.pn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00" cy="1828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672"/>
            <w:vAlign w:val="top"/>
            <w:tcMar>
              <w:top w:w="0" w:type="dxa"/>
              <w:start w:w="55" w:type="dxa"/>
              <w:bottom w:w="40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27.</w:t>
            </w:r>
            <w:r>
              <w:t xml:space="preserve">   </w:t>
            </w:r>
            <w:r>
              <w:rPr>
                <w:rFonts w:ascii="Calisto MT" w:hAnsi="Calisto MT" w:eastAsia="Calisto MT"/>
                <w:b w:val="0"/>
                <w:i w:val="0"/>
                <w:sz w:val="20"/>
              </w:rPr>
              <w:t>Graph the system and find the solution.</w:t>
            </w:r>
          </w:p>
          <w:p>
            <w:pPr>
              <w:spacing w:before="60" w:after="0"/>
              <w:ind w:left="259"/>
              <w:jc w:val="left"/>
            </w:pPr>
            <w:r>
              <w:rPr>
                <w:rFonts w:ascii="Cambria Math" w:hAnsi="Cambria Math" w:eastAsia="Cambria Math"/>
                <w:b w:val="0"/>
                <w:sz w:val="20"/>
              </w:rPr>
              <w:t>x + 4y = -4</w:t>
            </w:r>
          </w:p>
          <w:p>
            <w:pPr>
              <w:spacing w:before="60" w:after="0"/>
              <w:ind w:left="259"/>
              <w:jc w:val="left"/>
            </w:pPr>
            <w:r>
              <w:rPr>
                <w:rFonts w:ascii="Cambria Math" w:hAnsi="Cambria Math" w:eastAsia="Cambria Math"/>
                <w:b w:val="0"/>
                <w:sz w:val="20"/>
              </w:rPr>
              <w:t>x + 3y = -3</w:t>
            </w:r>
          </w:p>
          <w:p>
            <w:pPr>
              <w:spacing w:before="40" w:after="40"/>
              <w:ind w:left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828800" cy="1828800"/>
                  <wp:docPr id="27" name="Picture 2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a8x8seg9.pn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00" cy="1828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br w:type="page"/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1376"/>
      </w:tblGrid>
      <w:tr>
        <w:tc>
          <w:tcPr>
            <w:tcW w:type="dxa" w:w="11016"/>
          </w:tcPr>
          <w:p>
            <w:pPr>
              <w:spacing w:before="80"/>
              <w:jc w:val="left"/>
            </w:pPr>
            <w:r>
              <w:rPr>
                <w:rFonts w:ascii="Calisto MT" w:hAnsi="Calisto MT"/>
                <w:b/>
                <w:sz w:val="26"/>
              </w:rPr>
              <w:t>Make your own in seconds</w:t>
            </w:r>
          </w:p>
          <w:p>
            <w:pPr>
              <w:jc w:val="left"/>
            </w:pPr>
            <w:r>
              <w:rPr>
                <w:rFonts w:ascii="Calisto MT" w:hAnsi="Calisto MT"/>
                <w:b w:val="0"/>
                <w:sz w:val="20"/>
              </w:rPr>
              <w:t>This pack was made with IDV Worksheets. In the app you can: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Calisto MT" w:hAnsi="Calisto MT"/>
                <w:b w:val="0"/>
                <w:sz w:val="20"/>
              </w:rPr>
              <w:t>•  Make a whole worksheet of one problem type, or mix two, three or more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Calisto MT" w:hAnsi="Calisto MT"/>
                <w:b w:val="0"/>
                <w:sz w:val="20"/>
              </w:rPr>
              <w:t>•  Add problems from any other topic to the same sheet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Calisto MT" w:hAnsi="Calisto MT"/>
                <w:b w:val="0"/>
                <w:sz w:val="20"/>
              </w:rPr>
              <w:t>•  Pick Easy, Medium or Hard, and how many problems you want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Calisto MT" w:hAnsi="Calisto MT"/>
                <w:b w:val="0"/>
                <w:sz w:val="20"/>
              </w:rPr>
              <w:t>•  Get brand-new problems and a matching answer key every time you click</w:t>
            </w:r>
          </w:p>
          <w:p>
            <w:pPr>
              <w:spacing w:before="120" w:after="80"/>
              <w:jc w:val="left"/>
            </w:pPr>
            <w:r>
              <w:rPr>
                <w:rFonts w:ascii="Calisto MT" w:hAnsi="Calisto MT"/>
                <w:b/>
                <w:sz w:val="20"/>
              </w:rPr>
              <w:t xml:space="preserve">Try it free for 2 days, no credit card: </w:t>
            </w:r>
            <w:hyperlink r:id="rId30">
              <w:r>
                <w:rPr>
                  <w:rFonts w:ascii="Calisto MT" w:hAnsi="Calisto MT"/>
                  <w:b/>
                  <w:color w:val="5E9A1F"/>
                  <w:sz w:val="20"/>
                  <w:u w:val="single"/>
                </w:rPr>
                <w:t>app.idvworksheets.com</w:t>
              </w:r>
            </w:hyperlink>
          </w:p>
        </w:tc>
      </w:tr>
    </w:tbl>
    <w:p>
      <w:pPr>
        <w:spacing w:after="0"/>
      </w:pPr>
    </w:p>
    <w:p>
      <w:pPr>
        <w:spacing w:before="0" w:after="120"/>
        <w:jc w:val="center"/>
      </w:pPr>
      <w:r/>
      <w:r>
        <w:rPr>
          <w:rFonts w:ascii="Calisto MT" w:hAnsi="Calisto MT" w:eastAsia="Calisto MT"/>
          <w:b/>
          <w:i w:val="0"/>
          <w:sz w:val="28"/>
        </w:rPr>
        <w:t>Answer Key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792"/>
        <w:gridCol w:w="3792"/>
        <w:gridCol w:w="3792"/>
      </w:tblGrid>
      <w:tr>
        <w:trPr>
          <w:trHeight w:val="518" w:hRule="atLeast"/>
        </w:trPr>
        <w:tc>
          <w:tcPr>
            <w:tcW w:type="dxa" w:w="3672"/>
            <w:vAlign w:val="top"/>
            <w:tcMar>
              <w:top w:w="35" w:type="dxa"/>
              <w:start w:w="55" w:type="dxa"/>
              <w:bottom w:w="3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1.</w:t>
            </w:r>
            <w:r>
              <w:t xml:space="preserve"> </w:t>
            </w:r>
            <w:r>
              <w:rPr>
                <w:rFonts w:ascii="Cambria Math" w:hAnsi="Cambria Math" w:eastAsia="Cambria Math"/>
                <w:b w:val="0"/>
                <w:sz w:val="20"/>
              </w:rPr>
              <w:t>B, C; about (-2.0, 1.5)</w:t>
            </w:r>
          </w:p>
        </w:tc>
        <w:tc>
          <w:tcPr>
            <w:tcW w:type="dxa" w:w="3672"/>
            <w:vAlign w:val="top"/>
            <w:tcMar>
              <w:top w:w="35" w:type="dxa"/>
              <w:start w:w="55" w:type="dxa"/>
              <w:bottom w:w="3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2.</w:t>
            </w:r>
            <w:r>
              <w:t xml:space="preserve"> </w:t>
            </w:r>
            <w:r>
              <w:rPr>
                <w:rFonts w:ascii="Cambria Math" w:hAnsi="Cambria Math" w:eastAsia="Cambria Math"/>
                <w:b w:val="0"/>
                <w:sz w:val="20"/>
              </w:rPr>
              <w:t>A, C; about (-0.5, 1.5)</w:t>
            </w:r>
          </w:p>
        </w:tc>
        <w:tc>
          <w:tcPr>
            <w:tcW w:type="dxa" w:w="3672"/>
            <w:vAlign w:val="top"/>
            <w:tcMar>
              <w:top w:w="35" w:type="dxa"/>
              <w:start w:w="55" w:type="dxa"/>
              <w:bottom w:w="3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3.</w:t>
            </w:r>
            <w:r>
              <w:t xml:space="preserve"> </w:t>
            </w:r>
            <w:r>
              <w:rPr>
                <w:rFonts w:ascii="Cambria Math" w:hAnsi="Cambria Math" w:eastAsia="Cambria Math"/>
                <w:b w:val="0"/>
                <w:sz w:val="20"/>
              </w:rPr>
              <w:t>B, C; about (0.5, -1.5)</w:t>
            </w:r>
          </w:p>
        </w:tc>
      </w:tr>
      <w:tr>
        <w:trPr>
          <w:trHeight w:val="518" w:hRule="atLeast"/>
        </w:trPr>
        <w:tc>
          <w:tcPr>
            <w:tcW w:type="dxa" w:w="3672"/>
            <w:vAlign w:val="top"/>
            <w:tcMar>
              <w:top w:w="35" w:type="dxa"/>
              <w:start w:w="55" w:type="dxa"/>
              <w:bottom w:w="3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4.</w:t>
            </w:r>
            <w:r>
              <w:t xml:space="preserve"> </w:t>
            </w:r>
            <w:r>
              <w:rPr>
                <w:rFonts w:ascii="Cambria Math" w:hAnsi="Cambria Math" w:eastAsia="Cambria Math"/>
                <w:b w:val="0"/>
                <w:sz w:val="20"/>
              </w:rPr>
              <w:t>a) T, b) T, c) F, d) F</w:t>
            </w:r>
          </w:p>
        </w:tc>
        <w:tc>
          <w:tcPr>
            <w:tcW w:type="dxa" w:w="3672"/>
            <w:vAlign w:val="top"/>
            <w:tcMar>
              <w:top w:w="35" w:type="dxa"/>
              <w:start w:w="55" w:type="dxa"/>
              <w:bottom w:w="3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5.</w:t>
            </w:r>
            <w:r>
              <w:t xml:space="preserve"> </w:t>
            </w:r>
            <w:r>
              <w:rPr>
                <w:rFonts w:ascii="Cambria Math" w:hAnsi="Cambria Math" w:eastAsia="Cambria Math"/>
                <w:b w:val="0"/>
                <w:sz w:val="20"/>
              </w:rPr>
              <w:t>a) T, b) F, c) T, d) F</w:t>
            </w:r>
          </w:p>
        </w:tc>
        <w:tc>
          <w:tcPr>
            <w:tcW w:type="dxa" w:w="3672"/>
            <w:vAlign w:val="top"/>
            <w:tcMar>
              <w:top w:w="35" w:type="dxa"/>
              <w:start w:w="55" w:type="dxa"/>
              <w:bottom w:w="3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6.</w:t>
            </w:r>
            <w:r>
              <w:t xml:space="preserve"> </w:t>
            </w:r>
            <w:r>
              <w:rPr>
                <w:rFonts w:ascii="Cambria Math" w:hAnsi="Cambria Math" w:eastAsia="Cambria Math"/>
                <w:b w:val="0"/>
                <w:sz w:val="20"/>
              </w:rPr>
              <w:t>a) F, b) T, c) T, d) F</w:t>
            </w:r>
          </w:p>
        </w:tc>
      </w:tr>
      <w:tr>
        <w:trPr>
          <w:trHeight w:val="518" w:hRule="atLeast"/>
        </w:trPr>
        <w:tc>
          <w:tcPr>
            <w:tcW w:type="dxa" w:w="3672"/>
            <w:vAlign w:val="top"/>
            <w:tcMar>
              <w:top w:w="35" w:type="dxa"/>
              <w:start w:w="55" w:type="dxa"/>
              <w:bottom w:w="3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7.</w:t>
            </w:r>
            <w:r>
              <w:t xml:space="preserve"> </w:t>
            </w:r>
            <w:r>
              <w:rPr>
                <w:rFonts w:ascii="Cambria Math" w:hAnsi="Cambria Math" w:eastAsia="Cambria Math"/>
                <w:b w:val="0"/>
                <w:sz w:val="20"/>
              </w:rPr>
              <w:t>Graph B</w:t>
            </w:r>
          </w:p>
        </w:tc>
        <w:tc>
          <w:tcPr>
            <w:tcW w:type="dxa" w:w="3672"/>
            <w:vAlign w:val="top"/>
            <w:tcMar>
              <w:top w:w="35" w:type="dxa"/>
              <w:start w:w="55" w:type="dxa"/>
              <w:bottom w:w="3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8.</w:t>
            </w:r>
            <w:r>
              <w:t xml:space="preserve"> </w:t>
            </w:r>
            <w:r>
              <w:rPr>
                <w:rFonts w:ascii="Cambria Math" w:hAnsi="Cambria Math" w:eastAsia="Cambria Math"/>
                <w:b w:val="0"/>
                <w:sz w:val="20"/>
              </w:rPr>
              <w:t>Graph D</w:t>
            </w:r>
          </w:p>
        </w:tc>
        <w:tc>
          <w:tcPr>
            <w:tcW w:type="dxa" w:w="3672"/>
            <w:vAlign w:val="top"/>
            <w:tcMar>
              <w:top w:w="35" w:type="dxa"/>
              <w:start w:w="55" w:type="dxa"/>
              <w:bottom w:w="3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9.</w:t>
            </w:r>
            <w:r>
              <w:t xml:space="preserve"> </w:t>
            </w:r>
            <w:r>
              <w:rPr>
                <w:rFonts w:ascii="Cambria Math" w:hAnsi="Cambria Math" w:eastAsia="Cambria Math"/>
                <w:b w:val="0"/>
                <w:sz w:val="20"/>
              </w:rPr>
              <w:t>Graph D</w:t>
            </w:r>
          </w:p>
        </w:tc>
      </w:tr>
      <w:tr>
        <w:trPr>
          <w:trHeight w:val="518" w:hRule="atLeast"/>
        </w:trPr>
        <w:tc>
          <w:tcPr>
            <w:tcW w:type="dxa" w:w="3672"/>
            <w:vAlign w:val="top"/>
            <w:tcMar>
              <w:top w:w="35" w:type="dxa"/>
              <w:start w:w="55" w:type="dxa"/>
              <w:bottom w:w="3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10.</w:t>
            </w:r>
            <w:r>
              <w:t xml:space="preserve"> </w:t>
            </w:r>
            <w:r>
              <w:rPr>
                <w:rFonts w:ascii="Cambria Math" w:hAnsi="Cambria Math" w:eastAsia="Cambria Math"/>
                <w:b w:val="0"/>
                <w:sz w:val="20"/>
              </w:rPr>
              <w:t>(-4, 0)</w:t>
            </w:r>
          </w:p>
        </w:tc>
        <w:tc>
          <w:tcPr>
            <w:tcW w:type="dxa" w:w="3672"/>
            <w:vAlign w:val="top"/>
            <w:tcMar>
              <w:top w:w="35" w:type="dxa"/>
              <w:start w:w="55" w:type="dxa"/>
              <w:bottom w:w="3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11.</w:t>
            </w:r>
            <w:r>
              <w:t xml:space="preserve"> </w:t>
            </w:r>
            <w:r>
              <w:rPr>
                <w:rFonts w:ascii="Cambria Math" w:hAnsi="Cambria Math" w:eastAsia="Cambria Math"/>
                <w:b w:val="0"/>
                <w:sz w:val="20"/>
              </w:rPr>
              <w:t>(-2, -1)</w:t>
            </w:r>
          </w:p>
        </w:tc>
        <w:tc>
          <w:tcPr>
            <w:tcW w:type="dxa" w:w="3672"/>
            <w:vAlign w:val="top"/>
            <w:tcMar>
              <w:top w:w="35" w:type="dxa"/>
              <w:start w:w="55" w:type="dxa"/>
              <w:bottom w:w="3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12.</w:t>
            </w:r>
            <w:r>
              <w:t xml:space="preserve"> </w:t>
            </w:r>
            <w:r>
              <w:rPr>
                <w:rFonts w:ascii="Cambria Math" w:hAnsi="Cambria Math" w:eastAsia="Cambria Math"/>
                <w:b w:val="0"/>
                <w:sz w:val="20"/>
              </w:rPr>
              <w:t>(0, -4)</w:t>
            </w:r>
          </w:p>
        </w:tc>
      </w:tr>
      <w:tr>
        <w:trPr>
          <w:trHeight w:val="518" w:hRule="atLeast"/>
        </w:trPr>
        <w:tc>
          <w:tcPr>
            <w:tcW w:type="dxa" w:w="3672"/>
            <w:vAlign w:val="top"/>
            <w:tcMar>
              <w:top w:w="35" w:type="dxa"/>
              <w:start w:w="55" w:type="dxa"/>
              <w:bottom w:w="3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13.</w:t>
            </w:r>
            <w:r>
              <w:t xml:space="preserve"> </w:t>
            </w:r>
            <w:r>
              <w:rPr>
                <w:rFonts w:ascii="Cambria Math" w:hAnsi="Cambria Math" w:eastAsia="Cambria Math"/>
                <w:b w:val="0"/>
                <w:sz w:val="20"/>
              </w:rPr>
              <w:t>(0, -4)</w:t>
            </w:r>
          </w:p>
        </w:tc>
        <w:tc>
          <w:tcPr>
            <w:tcW w:type="dxa" w:w="3672"/>
            <w:vAlign w:val="top"/>
            <w:tcMar>
              <w:top w:w="35" w:type="dxa"/>
              <w:start w:w="55" w:type="dxa"/>
              <w:bottom w:w="3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14.</w:t>
            </w:r>
            <w:r>
              <w:t xml:space="preserve"> </w:t>
            </w:r>
            <w:r>
              <w:rPr>
                <w:rFonts w:ascii="Cambria Math" w:hAnsi="Cambria Math" w:eastAsia="Cambria Math"/>
                <w:b w:val="0"/>
                <w:sz w:val="20"/>
              </w:rPr>
              <w:t>(-2, -3)</w:t>
            </w:r>
          </w:p>
        </w:tc>
        <w:tc>
          <w:tcPr>
            <w:tcW w:type="dxa" w:w="3672"/>
            <w:vAlign w:val="top"/>
            <w:tcMar>
              <w:top w:w="35" w:type="dxa"/>
              <w:start w:w="55" w:type="dxa"/>
              <w:bottom w:w="3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15.</w:t>
            </w:r>
            <w:r>
              <w:t xml:space="preserve"> </w:t>
            </w:r>
            <w:r>
              <w:rPr>
                <w:rFonts w:ascii="Cambria Math" w:hAnsi="Cambria Math" w:eastAsia="Cambria Math"/>
                <w:b w:val="0"/>
                <w:sz w:val="20"/>
              </w:rPr>
              <w:t>(0, 3)</w:t>
            </w:r>
          </w:p>
        </w:tc>
      </w:tr>
      <w:tr>
        <w:trPr>
          <w:trHeight w:val="518" w:hRule="atLeast"/>
        </w:trPr>
        <w:tc>
          <w:tcPr>
            <w:tcW w:type="dxa" w:w="3672"/>
            <w:vAlign w:val="top"/>
            <w:tcMar>
              <w:top w:w="35" w:type="dxa"/>
              <w:start w:w="55" w:type="dxa"/>
              <w:bottom w:w="3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16.</w:t>
            </w:r>
            <w:r>
              <w:t xml:space="preserve"> </w:t>
            </w:r>
            <w:r>
              <w:rPr>
                <w:rFonts w:ascii="Cambria Math" w:hAnsi="Cambria Math" w:eastAsia="Cambria Math"/>
                <w:b w:val="0"/>
                <w:sz w:val="20"/>
              </w:rPr>
              <w:t>B, C, D</w:t>
            </w:r>
          </w:p>
        </w:tc>
        <w:tc>
          <w:tcPr>
            <w:tcW w:type="dxa" w:w="3672"/>
            <w:vAlign w:val="top"/>
            <w:tcMar>
              <w:top w:w="35" w:type="dxa"/>
              <w:start w:w="55" w:type="dxa"/>
              <w:bottom w:w="3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17.</w:t>
            </w:r>
            <w:r>
              <w:t xml:space="preserve"> </w:t>
            </w:r>
            <w:r>
              <w:rPr>
                <w:rFonts w:ascii="Cambria Math" w:hAnsi="Cambria Math" w:eastAsia="Cambria Math"/>
                <w:b w:val="0"/>
                <w:sz w:val="20"/>
              </w:rPr>
              <w:t>B, C, D</w:t>
            </w:r>
          </w:p>
        </w:tc>
        <w:tc>
          <w:tcPr>
            <w:tcW w:type="dxa" w:w="3672"/>
            <w:vAlign w:val="top"/>
            <w:tcMar>
              <w:top w:w="35" w:type="dxa"/>
              <w:start w:w="55" w:type="dxa"/>
              <w:bottom w:w="3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18.</w:t>
            </w:r>
            <w:r>
              <w:t xml:space="preserve"> </w:t>
            </w:r>
            <w:r>
              <w:rPr>
                <w:rFonts w:ascii="Cambria Math" w:hAnsi="Cambria Math" w:eastAsia="Cambria Math"/>
                <w:b w:val="0"/>
                <w:sz w:val="20"/>
              </w:rPr>
              <w:t>B, D</w:t>
            </w:r>
          </w:p>
        </w:tc>
      </w:tr>
      <w:tr>
        <w:trPr>
          <w:trHeight w:val="518" w:hRule="atLeast"/>
        </w:trPr>
        <w:tc>
          <w:tcPr>
            <w:tcW w:type="dxa" w:w="3672"/>
            <w:vAlign w:val="top"/>
            <w:tcMar>
              <w:top w:w="35" w:type="dxa"/>
              <w:start w:w="55" w:type="dxa"/>
              <w:bottom w:w="3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19.</w:t>
            </w:r>
            <w:r>
              <w:t xml:space="preserve"> </w:t>
            </w:r>
            <w:r>
              <w:rPr>
                <w:rFonts w:ascii="Calisto MT" w:hAnsi="Calisto MT" w:eastAsia="Calisto MT"/>
                <w:b w:val="0"/>
                <w:i w:val="0"/>
                <w:sz w:val="20"/>
              </w:rPr>
              <w:t xml:space="preserve">Any line with the same slope and a different y-intercept, e.g. y = </w:t>
            </w:r>
            <m:oMath>
              <m:f>
                <m:fPr>
                  <m:type m:val="bar"/>
                </m:fPr>
                <m:num>
                  <m:r>
                    <w:rPr>
                      <w:rFonts w:ascii="Cambria Math" w:hAnsi="Cambria Math"/>
                      <w:sz w:val="20"/>
                      <w:szCs w:val="20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0"/>
                      <w:szCs w:val="20"/>
                    </w:rPr>
                    <m:t>3</m:t>
                  </m:r>
                </m:den>
              </m:f>
            </m:oMath>
            <w:r>
              <w:rPr>
                <w:rFonts w:ascii="Calisto MT" w:hAnsi="Calisto MT" w:eastAsia="Calisto MT"/>
                <w:b w:val="0"/>
                <w:i w:val="0"/>
                <w:sz w:val="20"/>
              </w:rPr>
              <w:t>x</w:t>
            </w:r>
          </w:p>
        </w:tc>
        <w:tc>
          <w:tcPr>
            <w:tcW w:type="dxa" w:w="3672"/>
            <w:vAlign w:val="top"/>
            <w:tcMar>
              <w:top w:w="35" w:type="dxa"/>
              <w:start w:w="55" w:type="dxa"/>
              <w:bottom w:w="3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20.</w:t>
            </w:r>
            <w:r>
              <w:t xml:space="preserve"> </w:t>
            </w:r>
            <w:r>
              <w:rPr>
                <w:rFonts w:ascii="Calisto MT" w:hAnsi="Calisto MT" w:eastAsia="Calisto MT"/>
                <w:b w:val="0"/>
                <w:i w:val="0"/>
                <w:sz w:val="20"/>
              </w:rPr>
              <w:t xml:space="preserve">The same line: y = </w:t>
            </w:r>
            <m:oMath>
              <m:f>
                <m:fPr>
                  <m:type m:val="bar"/>
                </m:fPr>
                <m:num>
                  <m:r>
                    <w:rPr>
                      <w:rFonts w:ascii="Cambria Math" w:hAnsi="Cambria Math"/>
                      <w:sz w:val="20"/>
                      <w:szCs w:val="20"/>
                    </w:rPr>
                    <m:t>5</m:t>
                  </m:r>
                </m:num>
                <m:den>
                  <m:r>
                    <w:rPr>
                      <w:rFonts w:ascii="Cambria Math" w:hAnsi="Cambria Math"/>
                      <w:sz w:val="20"/>
                      <w:szCs w:val="20"/>
                    </w:rPr>
                    <m:t>4</m:t>
                  </m:r>
                </m:den>
              </m:f>
            </m:oMath>
            <w:r>
              <w:rPr>
                <w:rFonts w:ascii="Calisto MT" w:hAnsi="Calisto MT" w:eastAsia="Calisto MT"/>
                <w:b w:val="0"/>
                <w:i w:val="0"/>
                <w:sz w:val="20"/>
              </w:rPr>
              <w:t>x - 1 (or any equivalent, e.g. 5x - 4y = 4)</w:t>
            </w:r>
          </w:p>
        </w:tc>
        <w:tc>
          <w:tcPr>
            <w:tcW w:type="dxa" w:w="3672"/>
            <w:vAlign w:val="top"/>
            <w:tcMar>
              <w:top w:w="35" w:type="dxa"/>
              <w:start w:w="55" w:type="dxa"/>
              <w:bottom w:w="3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21.</w:t>
            </w:r>
            <w:r>
              <w:t xml:space="preserve"> </w:t>
            </w:r>
            <w:r>
              <w:rPr>
                <w:rFonts w:ascii="Cambria Math" w:hAnsi="Cambria Math" w:eastAsia="Cambria Math"/>
                <w:b w:val="0"/>
                <w:sz w:val="20"/>
              </w:rPr>
              <w:t>Any line that is not vertical, e.g. y = 2x - 1</w:t>
            </w:r>
          </w:p>
        </w:tc>
      </w:tr>
      <w:tr>
        <w:trPr>
          <w:trHeight w:val="518" w:hRule="atLeast"/>
        </w:trPr>
        <w:tc>
          <w:tcPr>
            <w:tcW w:type="dxa" w:w="3672"/>
            <w:vAlign w:val="top"/>
            <w:tcMar>
              <w:top w:w="35" w:type="dxa"/>
              <w:start w:w="55" w:type="dxa"/>
              <w:bottom w:w="3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22.</w:t>
            </w:r>
            <w:r>
              <w:t xml:space="preserve"> </w:t>
            </w:r>
            <w:r>
              <w:rPr>
                <w:rFonts w:ascii="Cambria Math" w:hAnsi="Cambria Math" w:eastAsia="Cambria Math"/>
                <w:b w:val="0"/>
                <w:sz w:val="20"/>
              </w:rPr>
              <w:t>A: y = x + 3; P: y = 2x + 1. Crossing (2, 5): bowling 2 games costs $5 at either place.</w:t>
            </w:r>
          </w:p>
        </w:tc>
        <w:tc>
          <w:tcPr>
            <w:tcW w:type="dxa" w:w="3672"/>
            <w:vAlign w:val="top"/>
            <w:tcMar>
              <w:top w:w="35" w:type="dxa"/>
              <w:start w:w="55" w:type="dxa"/>
              <w:bottom w:w="3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23.</w:t>
            </w:r>
            <w:r>
              <w:t xml:space="preserve"> </w:t>
            </w:r>
            <w:r>
              <w:rPr>
                <w:rFonts w:ascii="Cambria Math" w:hAnsi="Cambria Math" w:eastAsia="Cambria Math"/>
                <w:b w:val="0"/>
                <w:sz w:val="20"/>
              </w:rPr>
              <w:t>U: y = 20x + 40; T: y = 10x + 70. Crossing (3, 100): renting for 3 days costs $100 at either company.</w:t>
            </w:r>
          </w:p>
        </w:tc>
        <w:tc>
          <w:tcPr>
            <w:tcW w:type="dxa" w:w="3672"/>
            <w:vAlign w:val="top"/>
            <w:tcMar>
              <w:top w:w="35" w:type="dxa"/>
              <w:start w:w="55" w:type="dxa"/>
              <w:bottom w:w="3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24.</w:t>
            </w:r>
            <w:r>
              <w:t xml:space="preserve"> </w:t>
            </w:r>
            <w:r>
              <w:rPr>
                <w:rFonts w:ascii="Cambria Math" w:hAnsi="Cambria Math" w:eastAsia="Cambria Math"/>
                <w:b w:val="0"/>
                <w:sz w:val="20"/>
              </w:rPr>
              <w:t>P: y = 20x + 100; L: y = 40x + 40. Crossing (3, 160): 3 hours of tutoring costs $160 with either tutor.</w:t>
            </w:r>
          </w:p>
        </w:tc>
      </w:tr>
      <w:tr>
        <w:trPr>
          <w:trHeight w:val="518" w:hRule="atLeast"/>
        </w:trPr>
        <w:tc>
          <w:tcPr>
            <w:tcW w:type="dxa" w:w="3672"/>
            <w:vAlign w:val="top"/>
            <w:tcMar>
              <w:top w:w="35" w:type="dxa"/>
              <w:start w:w="55" w:type="dxa"/>
              <w:bottom w:w="3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25.</w:t>
            </w:r>
            <w:r>
              <w:t xml:space="preserve"> </w:t>
            </w:r>
            <w:r>
              <w:rPr>
                <w:rFonts w:ascii="Cambria Math" w:hAnsi="Cambria Math" w:eastAsia="Cambria Math"/>
                <w:b w:val="0"/>
                <w:sz w:val="20"/>
              </w:rPr>
              <w:t>(0, 0)</w:t>
            </w:r>
          </w:p>
        </w:tc>
        <w:tc>
          <w:tcPr>
            <w:tcW w:type="dxa" w:w="3672"/>
            <w:vAlign w:val="top"/>
            <w:tcMar>
              <w:top w:w="35" w:type="dxa"/>
              <w:start w:w="55" w:type="dxa"/>
              <w:bottom w:w="3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26.</w:t>
            </w:r>
            <w:r>
              <w:t xml:space="preserve"> </w:t>
            </w:r>
            <w:r>
              <w:rPr>
                <w:rFonts w:ascii="Cambria Math" w:hAnsi="Cambria Math" w:eastAsia="Cambria Math"/>
                <w:b w:val="0"/>
                <w:sz w:val="20"/>
              </w:rPr>
              <w:t>(0, -4)</w:t>
            </w:r>
          </w:p>
        </w:tc>
        <w:tc>
          <w:tcPr>
            <w:tcW w:type="dxa" w:w="3672"/>
            <w:vAlign w:val="top"/>
            <w:tcMar>
              <w:top w:w="35" w:type="dxa"/>
              <w:start w:w="55" w:type="dxa"/>
              <w:bottom w:w="35" w:type="dxa"/>
              <w:end w:w="55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sto MT" w:hAnsi="Calisto MT" w:eastAsia="Calisto MT"/>
                <w:b/>
                <w:sz w:val="20"/>
              </w:rPr>
              <w:t>27.</w:t>
            </w:r>
            <w:r>
              <w:t xml:space="preserve"> </w:t>
            </w:r>
            <w:r>
              <w:rPr>
                <w:rFonts w:ascii="Cambria Math" w:hAnsi="Cambria Math" w:eastAsia="Cambria Math"/>
                <w:b w:val="0"/>
                <w:sz w:val="20"/>
              </w:rPr>
              <w:t>(0, -1)</w:t>
            </w:r>
          </w:p>
        </w:tc>
      </w:tr>
    </w:tbl>
    <w:sectPr w:rsidR="00FC693F" w:rsidRPr="0006063C" w:rsidSect="00034616">
      <w:footerReference w:type="default" r:id="rId9"/>
      <w:headerReference w:type="default" r:id="rId10"/>
      <w:pgSz w:w="12240" w:h="15840"/>
      <w:pgMar w:top="864" w:right="432" w:bottom="504" w:left="432" w:header="0" w:footer="31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Rule="exact" w:line="170"/>
      <w:jc w:val="right"/>
    </w:pPr>
    <w:r>
      <w:rPr>
        <w:rFonts w:ascii="Calisto MT" w:hAnsi="Calisto MT" w:eastAsia="Calisto MT"/>
        <w:b w:val="0"/>
        <w:i w:val="0"/>
        <w:color w:val="787878"/>
        <w:sz w:val="20"/>
      </w:rPr>
      <w:t>© 2026 J. Will | IDV Independent Variable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before="0" w:after="0" w:line="240" w:lineRule="auto"/>
    </w:pPr>
    <w:r/>
  </w:p>
  <w:tbl>
    <w:tblPr>
      <w:tblW w:type="auto" w:w="0"/>
      <w:jc w:val="center"/>
      <w:tblLayout w:type="fixed"/>
      <w:tblLook w:firstColumn="1" w:firstRow="1" w:lastColumn="0" w:lastRow="0" w:noHBand="0" w:noVBand="1" w:val="04A0"/>
      <w:tblBorders>
        <w:top w:val="nil"/>
        <w:left w:val="nil"/>
        <w:bottom w:val="nil"/>
        <w:right w:val="nil"/>
        <w:insideH w:val="nil"/>
        <w:insideV w:val="nil"/>
      </w:tblBorders>
    </w:tblPr>
    <w:tblGrid>
      <w:gridCol w:w="5688"/>
      <w:gridCol w:w="5688"/>
    </w:tblGrid>
    <w:tr>
      <w:trPr>
        <w:trHeight w:val="288" w:hRule="atLeast"/>
      </w:trPr>
      <w:tc>
        <w:tcPr>
          <w:tcW w:type="dxa" w:w="5760"/>
          <w:vAlign w:val="bottom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40" w:lineRule="auto"/>
            <w:jc w:val="left"/>
          </w:pPr>
          <w:r/>
          <w:r>
            <w:rPr>
              <w:rFonts w:ascii="Calisto MT" w:hAnsi="Calisto MT" w:eastAsia="Calisto MT"/>
              <w:b w:val="0"/>
              <w:i w:val="0"/>
              <w:sz w:val="20"/>
            </w:rPr>
            <w:t>Name_____________________________   Per____   Due____</w:t>
          </w:r>
        </w:p>
      </w:tc>
      <w:tc>
        <w:tcPr>
          <w:tcW w:type="dxa" w:w="5615"/>
          <w:vAlign w:val="bottom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40" w:lineRule="auto"/>
            <w:jc w:val="right"/>
          </w:pPr>
          <w:r/>
          <w:r>
            <w:rPr>
              <w:rFonts w:ascii="Calisto MT" w:hAnsi="Calisto MT" w:eastAsia="Calisto MT"/>
              <w:b/>
              <w:sz w:val="32"/>
            </w:rPr>
            <w:t>Systems by Graphing</w:t>
          </w:r>
        </w:p>
      </w:tc>
    </w:tr>
    <w:tr>
      <w:trPr>
        <w:trHeight w:val="288" w:hRule="atLeast"/>
      </w:trPr>
      <w:tc>
        <w:tcPr>
          <w:tcW w:type="dxa" w:w="5760"/>
          <w:vAlign w:val="bottom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40" w:lineRule="auto"/>
          </w:pPr>
          <w:r/>
        </w:p>
      </w:tc>
      <w:tc>
        <w:tcPr>
          <w:tcW w:type="dxa" w:w="5615"/>
          <w:vAlign w:val="bottom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40" w:lineRule="auto"/>
          </w:pPr>
          <w:r/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Relationship Id="rId19" Type="http://schemas.openxmlformats.org/officeDocument/2006/relationships/image" Target="media/image9.png"/><Relationship Id="rId20" Type="http://schemas.openxmlformats.org/officeDocument/2006/relationships/image" Target="media/image10.png"/><Relationship Id="rId21" Type="http://schemas.openxmlformats.org/officeDocument/2006/relationships/image" Target="media/image11.png"/><Relationship Id="rId22" Type="http://schemas.openxmlformats.org/officeDocument/2006/relationships/image" Target="media/image12.png"/><Relationship Id="rId23" Type="http://schemas.openxmlformats.org/officeDocument/2006/relationships/image" Target="media/image13.png"/><Relationship Id="rId24" Type="http://schemas.openxmlformats.org/officeDocument/2006/relationships/image" Target="media/image14.png"/><Relationship Id="rId25" Type="http://schemas.openxmlformats.org/officeDocument/2006/relationships/image" Target="media/image15.png"/><Relationship Id="rId26" Type="http://schemas.openxmlformats.org/officeDocument/2006/relationships/image" Target="media/image16.png"/><Relationship Id="rId27" Type="http://schemas.openxmlformats.org/officeDocument/2006/relationships/image" Target="media/image17.png"/><Relationship Id="rId28" Type="http://schemas.openxmlformats.org/officeDocument/2006/relationships/image" Target="media/image18.png"/><Relationship Id="rId29" Type="http://schemas.openxmlformats.org/officeDocument/2006/relationships/image" Target="media/image19.png"/><Relationship Id="rId30" Type="http://schemas.openxmlformats.org/officeDocument/2006/relationships/hyperlink" Target="https://app.idvworksheet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